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WithEffects.xml" ContentType="application/vnd.ms-word.stylesWithEffect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word/footer1.xml" ContentType="application/vnd.openxmlformats-officedocument.wordprocessingml.footer+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tbl>
      <w:tblPr>
        <w:tblW w:w="10319" w:type="dxa"/>
        <w:jc w:val="center"/>
        <w:tblLook w:val="04A0" w:firstRow="1" w:lastRow="0" w:firstColumn="1" w:lastColumn="0" w:noHBand="0" w:noVBand="1"/>
        <w:tblBorders>
          <w:top w:val="single" w:color="143B52" w:sz="8" w:space="0"/>
          <w:left w:val="single" w:color="143B52" w:sz="8" w:space="0"/>
          <w:bottom w:val="single" w:color="143B52" w:sz="8" w:space="0"/>
          <w:right w:val="single" w:color="143B52" w:sz="8" w:space="0"/>
          <w:insideH w:val="single" w:color="143B52" w:sz="8" w:space="0"/>
          <w:insideV w:val="single" w:color="143B52" w:sz="8" w:space="0"/>
        </w:tblBorders>
      </w:tblPr>
      <w:tblGrid>
        <w:gridCol w:w="5188"/>
        <w:gridCol w:w="5188"/>
      </w:tblGrid>
      <w:tr xmlns:wp14="http://schemas.microsoft.com/office/word/2010/wordml" w:rsidTr="0EF2D338" w14:paraId="5924A459" wp14:textId="77777777">
        <w:tc>
          <w:tcPr>
            <w:tcW w:w="6577" w:type="dxa"/>
            <w:shd w:val="clear" w:color="auto" w:fill="143B52"/>
            <w:tcMar>
              <w:top w:w="220" w:type="dxa"/>
              <w:left w:w="250" w:type="dxa"/>
              <w:start w:w="250" w:type="dxa"/>
              <w:bottom w:w="220" w:type="dxa"/>
              <w:right w:w="250" w:type="dxa"/>
              <w:end w:w="250" w:type="dxa"/>
            </w:tcMar>
          </w:tcPr>
          <w:p w:rsidP="0EF2D338" w14:paraId="75AAF953" wp14:textId="77777777">
            <w:pPr>
              <w:spacing w:before="0" w:after="0"/>
              <w:rPr>
                <w:rFonts w:ascii="Arial" w:hAnsi="Arial"/>
                <w:b w:val="1"/>
                <w:bCs w:val="1"/>
                <w:i w:val="0"/>
                <w:iCs w:val="0"/>
                <w:noProof w:val="0"/>
                <w:color w:val="FFFFFF" w:themeColor="background1" w:themeTint="FF" w:themeShade="FF"/>
                <w:sz w:val="34"/>
                <w:szCs w:val="34"/>
                <w:lang w:val="nl-NL"/>
              </w:rPr>
            </w:pPr>
            <w:r w:rsidRPr="0EF2D338" w:rsidR="0EF2D338">
              <w:rPr>
                <w:rFonts w:ascii="Arial" w:hAnsi="Arial"/>
                <w:b w:val="1"/>
                <w:bCs w:val="1"/>
                <w:i w:val="0"/>
                <w:iCs w:val="0"/>
                <w:noProof w:val="0"/>
                <w:color w:val="FFFFFF" w:themeColor="background1" w:themeTint="FF" w:themeShade="FF"/>
                <w:sz w:val="34"/>
                <w:szCs w:val="34"/>
                <w:lang w:val="nl-NL"/>
              </w:rPr>
              <w:t>Formulier externe melding mogelijk datalek</w:t>
            </w:r>
          </w:p>
          <w:p w:rsidP="0EF2D338" w14:paraId="6E75E995" wp14:textId="77777777">
            <w:pPr>
              <w:spacing w:after="0"/>
              <w:rPr>
                <w:rFonts w:ascii="Arial" w:hAnsi="Arial"/>
                <w:b w:val="0"/>
                <w:bCs w:val="0"/>
                <w:i w:val="0"/>
                <w:iCs w:val="0"/>
                <w:noProof w:val="0"/>
                <w:color w:val="FFFFFF" w:themeColor="background1" w:themeTint="FF" w:themeShade="FF"/>
                <w:sz w:val="17"/>
                <w:szCs w:val="17"/>
                <w:lang w:val="nl-NL"/>
              </w:rPr>
            </w:pPr>
            <w:r w:rsidRPr="0EF2D338" w:rsidR="0EF2D338">
              <w:rPr>
                <w:rFonts w:ascii="Arial" w:hAnsi="Arial"/>
                <w:b w:val="0"/>
                <w:bCs w:val="0"/>
                <w:i w:val="0"/>
                <w:iCs w:val="0"/>
                <w:noProof w:val="0"/>
                <w:color w:val="FFFFFF" w:themeColor="background1" w:themeTint="FF" w:themeShade="FF"/>
                <w:sz w:val="17"/>
                <w:szCs w:val="17"/>
                <w:lang w:val="nl-NL"/>
              </w:rPr>
              <w:t>Voor personen of organisaties buiten Elazorg die een mogelijk datalek willen melden.</w:t>
            </w:r>
          </w:p>
        </w:tc>
        <w:tc>
          <w:tcPr>
            <w:tcW w:w="3742" w:type="dxa"/>
            <w:shd w:val="clear" w:color="auto" w:fill="FFFFFF" w:themeFill="background1"/>
            <w:tcMar>
              <w:top w:w="120" w:type="dxa"/>
              <w:left w:w="250" w:type="dxa"/>
              <w:start w:w="250" w:type="dxa"/>
              <w:bottom w:w="120" w:type="dxa"/>
              <w:right w:w="250" w:type="dxa"/>
              <w:end w:w="250" w:type="dxa"/>
            </w:tcMar>
          </w:tcPr>
          <w:p w:rsidP="0EF2D338" w14:paraId="672A6659" wp14:textId="77777777">
            <w:pPr>
              <w:spacing w:before="0" w:after="0"/>
              <w:jc w:val="center"/>
              <w:rPr>
                <w:noProof w:val="0"/>
                <w:lang w:val="nl-NL"/>
              </w:rPr>
            </w:pPr>
            <w:r w:rsidR="0EF2D338">
              <w:drawing>
                <wp:inline xmlns:wp14="http://schemas.microsoft.com/office/word/2010/wordprocessingDrawing" wp14:editId="72648AE6" wp14:anchorId="5E5E3FDB">
                  <wp:extent cx="756000" cy="892518"/>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elazorg_logo.jpg"/>
                          <pic:cNvPicPr/>
                        </pic:nvPicPr>
                        <pic:blipFill>
                          <a:blip xmlns:r="http://schemas.openxmlformats.org/officeDocument/2006/relationships" r:embed="rId11"/>
                          <a:stretch>
                            <a:fillRect/>
                          </a:stretch>
                        </pic:blipFill>
                        <pic:spPr>
                          <a:xfrm>
                            <a:off x="0" y="0"/>
                            <a:ext cx="756000" cy="892518"/>
                          </a:xfrm>
                          <a:prstGeom prst="rect"/>
                        </pic:spPr>
                      </pic:pic>
                    </a:graphicData>
                  </a:graphic>
                </wp:inline>
              </w:drawing>
            </w:r>
          </w:p>
        </w:tc>
      </w:tr>
    </w:tbl>
    <w:p xmlns:wp14="http://schemas.microsoft.com/office/word/2010/wordml" w:rsidP="0EF2D338" w14:paraId="0A37501D" wp14:textId="77777777">
      <w:pPr>
        <w:spacing w:after="20"/>
        <w:rPr>
          <w:noProof w:val="0"/>
          <w:lang w:val="nl-NL"/>
        </w:rPr>
      </w:pPr>
    </w:p>
    <w:tbl>
      <w:tblPr>
        <w:tblW w:w="10319" w:type="dxa"/>
        <w:jc w:val="center"/>
        <w:tblLook w:val="04A0" w:firstRow="1" w:lastRow="0" w:firstColumn="1" w:lastColumn="0" w:noHBand="0" w:noVBand="1"/>
        <w:tblBorders>
          <w:top w:val="single" w:color="2F7D6B" w:sz="8" w:space="0"/>
          <w:left w:val="single" w:color="2F7D6B" w:sz="8" w:space="0"/>
          <w:bottom w:val="single" w:color="2F7D6B" w:sz="8" w:space="0"/>
          <w:right w:val="single" w:color="2F7D6B" w:sz="8" w:space="0"/>
          <w:insideH w:val="single" w:color="2F7D6B" w:sz="8" w:space="0"/>
          <w:insideV w:val="single" w:color="2F7D6B" w:sz="8" w:space="0"/>
        </w:tblBorders>
      </w:tblPr>
      <w:tblGrid>
        <w:gridCol w:w="10376"/>
      </w:tblGrid>
      <w:tr xmlns:wp14="http://schemas.microsoft.com/office/word/2010/wordml" w:rsidTr="0EF2D338" w14:paraId="59404200" wp14:textId="77777777">
        <w:tc>
          <w:tcPr>
            <w:tcW w:w="10376" w:type="dxa"/>
            <w:shd w:val="clear" w:color="auto" w:fill="EAF4F1"/>
            <w:tcMar>
              <w:top w:w="150" w:type="dxa"/>
              <w:left w:w="180" w:type="dxa"/>
              <w:start w:w="180" w:type="dxa"/>
              <w:bottom w:w="150" w:type="dxa"/>
              <w:right w:w="180" w:type="dxa"/>
              <w:end w:w="180" w:type="dxa"/>
            </w:tcMar>
          </w:tcPr>
          <w:p w:rsidP="0EF2D338" w14:paraId="01847AAA" wp14:textId="77777777">
            <w:pPr>
              <w:spacing w:before="0" w:after="0"/>
              <w:rPr>
                <w:rFonts w:ascii="Arial" w:hAnsi="Arial"/>
                <w:b w:val="1"/>
                <w:bCs w:val="1"/>
                <w:i w:val="0"/>
                <w:iCs w:val="0"/>
                <w:noProof w:val="0"/>
                <w:color w:val="2F7D6B"/>
                <w:sz w:val="18"/>
                <w:szCs w:val="18"/>
                <w:lang w:val="nl-NL"/>
              </w:rPr>
            </w:pPr>
            <w:r w:rsidRPr="0EF2D338" w:rsidR="0EF2D338">
              <w:rPr>
                <w:rFonts w:ascii="Arial" w:hAnsi="Arial"/>
                <w:b w:val="1"/>
                <w:bCs w:val="1"/>
                <w:i w:val="0"/>
                <w:iCs w:val="0"/>
                <w:noProof w:val="0"/>
                <w:color w:val="2F7D6B"/>
                <w:sz w:val="18"/>
                <w:szCs w:val="18"/>
                <w:lang w:val="nl-NL"/>
              </w:rPr>
              <w:t>Meld direct en beperk verdere verspreiding</w:t>
            </w:r>
          </w:p>
          <w:p w:rsidP="0EF2D338" w14:paraId="3F63BA2A" wp14:textId="77777777">
            <w:pPr>
              <w:spacing w:after="0"/>
              <w:rPr>
                <w:rFonts w:ascii="Arial" w:hAnsi="Arial"/>
                <w:b w:val="0"/>
                <w:bCs w:val="0"/>
                <w:i w:val="0"/>
                <w:iCs w:val="0"/>
                <w:noProof w:val="0"/>
                <w:color w:val="202428"/>
                <w:sz w:val="17"/>
                <w:szCs w:val="17"/>
                <w:lang w:val="nl-NL"/>
              </w:rPr>
            </w:pPr>
            <w:r w:rsidRPr="0EF2D338" w:rsidR="0EF2D338">
              <w:rPr>
                <w:rFonts w:ascii="Arial" w:hAnsi="Arial"/>
                <w:b w:val="0"/>
                <w:bCs w:val="0"/>
                <w:i w:val="0"/>
                <w:iCs w:val="0"/>
                <w:noProof w:val="0"/>
                <w:color w:val="202428"/>
                <w:sz w:val="17"/>
                <w:szCs w:val="17"/>
                <w:lang w:val="nl-NL"/>
              </w:rPr>
              <w:t>Mail dit formulier naar FG@elazorg.nl met als onderwerp "Vertrouwelijk - melding mogelijk datalek". Stuur geen volledige datasets of dossiers mee als een korte beschrijving of gemaskeerde screenshot voldoende is. Voer geen extra tests of toegangspogingen uit zonder toestemming van Elazorg.</w:t>
            </w:r>
          </w:p>
        </w:tc>
      </w:tr>
    </w:tbl>
    <w:p xmlns:wp14="http://schemas.microsoft.com/office/word/2010/wordml" w:rsidP="0EF2D338" w14:paraId="5DAB6C7B" wp14:textId="77777777">
      <w:pPr>
        <w:spacing w:after="20"/>
        <w:rPr>
          <w:noProof w:val="0"/>
          <w:lang w:val="nl-NL"/>
        </w:rPr>
      </w:pPr>
    </w:p>
    <w:tbl>
      <w:tblPr>
        <w:tblW w:w="10319" w:type="dxa"/>
        <w:jc w:val="center"/>
        <w:tblLook w:val="04A0" w:firstRow="1" w:lastRow="0" w:firstColumn="1" w:lastColumn="0" w:noHBand="0" w:noVBand="1"/>
        <w:tblBorders>
          <w:top w:val="single" w:color="5E3C99" w:sz="0" w:space="0"/>
          <w:left w:val="single" w:color="5E3C99" w:sz="0" w:space="0"/>
          <w:bottom w:val="single" w:color="5E3C99" w:sz="0" w:space="0"/>
          <w:right w:val="single" w:color="5E3C99" w:sz="0" w:space="0"/>
          <w:insideH w:val="single" w:color="5E3C99" w:sz="0" w:space="0"/>
          <w:insideV w:val="single" w:color="5E3C99" w:sz="0" w:space="0"/>
        </w:tblBorders>
      </w:tblPr>
      <w:tblGrid>
        <w:gridCol w:w="5188"/>
        <w:gridCol w:w="5188"/>
      </w:tblGrid>
      <w:tr xmlns:wp14="http://schemas.microsoft.com/office/word/2010/wordml" w:rsidTr="0EF2D338" w14:paraId="0AFC399D" wp14:textId="77777777">
        <w:tc>
          <w:tcPr>
            <w:tcW w:w="907" w:type="dxa"/>
            <w:tcMar/>
            <w:vAlign w:val="center"/>
            <w:shd w:fill="5E3C99"/>
            <w:tcMar>
              <w:top w:w="90" w:type="dxa"/>
              <w:start w:w="140" w:type="dxa"/>
              <w:bottom w:w="90" w:type="dxa"/>
              <w:end w:w="140" w:type="dxa"/>
            </w:tcMar>
          </w:tcPr>
          <w:p w:rsidP="0EF2D338" w14:paraId="649841BE"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1</w:t>
            </w:r>
          </w:p>
        </w:tc>
        <w:tc>
          <w:tcPr>
            <w:tcW w:w="9412" w:type="dxa"/>
            <w:tcMar/>
            <w:vAlign w:val="center"/>
            <w:shd w:fill="5E3C99"/>
            <w:tcMar>
              <w:top w:w="90" w:type="dxa"/>
              <w:start w:w="140" w:type="dxa"/>
              <w:bottom w:w="90" w:type="dxa"/>
              <w:end w:w="140" w:type="dxa"/>
            </w:tcMar>
          </w:tcPr>
          <w:p w:rsidP="0EF2D338" w14:paraId="6BECA321"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Gegevens van de ontdekker</w:t>
            </w:r>
          </w:p>
        </w:tc>
      </w:tr>
    </w:tbl>
    <w:p xmlns:wp14="http://schemas.microsoft.com/office/word/2010/wordml" w:rsidP="0EF2D338" w14:paraId="02EB378F" wp14:textId="77777777">
      <w:pPr>
        <w:keepNext w:val="1"/>
        <w:spacing w:before="0" w:after="40"/>
        <w:rPr>
          <w:noProof w:val="0"/>
          <w:lang w:val="nl-NL"/>
        </w:rPr>
      </w:pPr>
    </w:p>
    <w:tbl>
      <w:tblPr>
        <w:tblW w:w="10319" w:type="dxa"/>
        <w:jc w:val="center"/>
        <w:tblLayout w:type="fixed"/>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2594"/>
        <w:gridCol w:w="2594"/>
        <w:gridCol w:w="2594"/>
        <w:gridCol w:w="2594"/>
      </w:tblGrid>
      <w:tr xmlns:wp14="http://schemas.microsoft.com/office/word/2010/wordml" w:rsidTr="0EF2D338" w14:paraId="7E790F90" wp14:textId="77777777">
        <w:trPr>
          <w:cantSplit/>
        </w:trPr>
        <w:tc>
          <w:tcPr>
            <w:tcW w:w="2381" w:type="dxa"/>
            <w:tcMar>
              <w:top w:w="85" w:type="dxa"/>
              <w:left w:w="100" w:type="dxa"/>
              <w:start w:w="100" w:type="dxa"/>
              <w:bottom w:w="85" w:type="dxa"/>
              <w:right w:w="100" w:type="dxa"/>
              <w:end w:w="100" w:type="dxa"/>
            </w:tcMar>
            <w:vAlign w:val="center"/>
            <w:shd w:fill="F4F6F8"/>
          </w:tcPr>
          <w:p w:rsidP="0EF2D338" w14:paraId="468E9CB3"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Naam</w:t>
            </w:r>
          </w:p>
        </w:tc>
        <w:tc>
          <w:tcPr>
            <w:tcW w:w="2778" w:type="dxa"/>
            <w:tcMar>
              <w:top w:w="85" w:type="dxa"/>
              <w:left w:w="100" w:type="dxa"/>
              <w:start w:w="100" w:type="dxa"/>
              <w:bottom w:w="85" w:type="dxa"/>
              <w:right w:w="100" w:type="dxa"/>
              <w:end w:w="100" w:type="dxa"/>
            </w:tcMar>
            <w:vAlign w:val="center"/>
            <w:shd w:fill="FFFFFF"/>
          </w:tcPr>
          <w:p w:rsidP="0EF2D338" w14:paraId="66D20826" wp14:textId="77777777">
            <w:pPr>
              <w:spacing w:before="0" w:after="0" w:line="252" w:lineRule="auto"/>
              <w:rPr>
                <w:rFonts w:ascii="Arial" w:hAnsi="Arial"/>
                <w:noProof w:val="0"/>
                <w:color w:val="7A7A7A"/>
                <w:lang w:val="nl-NL"/>
              </w:rPr>
            </w:pPr>
            <w:sdt>
              <w:sdtPr>
                <w:id w:val="500176"/>
                <w:text/>
                <w:alias w:val="ontdekker_naam"/>
                <w:tag w:val="ontdekker_naam"/>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c>
          <w:tcPr>
            <w:tcW w:w="2381" w:type="dxa"/>
            <w:tcMar>
              <w:top w:w="85" w:type="dxa"/>
              <w:left w:w="100" w:type="dxa"/>
              <w:start w:w="100" w:type="dxa"/>
              <w:bottom w:w="85" w:type="dxa"/>
              <w:right w:w="100" w:type="dxa"/>
              <w:end w:w="100" w:type="dxa"/>
            </w:tcMar>
            <w:vAlign w:val="center"/>
            <w:shd w:fill="F4F6F8"/>
          </w:tcPr>
          <w:p w:rsidP="0EF2D338" w14:paraId="0DB7A06F"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Organisatie / relatie</w:t>
            </w:r>
          </w:p>
        </w:tc>
        <w:tc>
          <w:tcPr>
            <w:tcW w:w="2778" w:type="dxa"/>
            <w:tcMar>
              <w:top w:w="85" w:type="dxa"/>
              <w:left w:w="100" w:type="dxa"/>
              <w:start w:w="100" w:type="dxa"/>
              <w:bottom w:w="85" w:type="dxa"/>
              <w:right w:w="100" w:type="dxa"/>
              <w:end w:w="100" w:type="dxa"/>
            </w:tcMar>
            <w:vAlign w:val="center"/>
            <w:shd w:fill="FFFFFF"/>
          </w:tcPr>
          <w:p w:rsidP="0EF2D338" w14:paraId="135E2372" wp14:textId="77777777">
            <w:pPr>
              <w:spacing w:before="0" w:after="0" w:line="252" w:lineRule="auto"/>
              <w:rPr>
                <w:rFonts w:ascii="Arial" w:hAnsi="Arial"/>
                <w:noProof w:val="0"/>
                <w:color w:val="7A7A7A"/>
                <w:lang w:val="nl-NL"/>
              </w:rPr>
            </w:pPr>
            <w:sdt>
              <w:sdtPr>
                <w:id w:val="500177"/>
                <w:text/>
                <w:alias w:val="ontdekker_organisatie_relatie"/>
                <w:tag w:val="ontdekker_organisatie_relatie"/>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bijv. ouder, leverancier, ketenpartner, bezoeker</w:t>
                </w:r>
              </w:sdtContent>
            </w:sdt>
          </w:p>
        </w:tc>
      </w:tr>
      <w:tr xmlns:wp14="http://schemas.microsoft.com/office/word/2010/wordml" w:rsidTr="0EF2D338" w14:paraId="1FE89794" wp14:textId="77777777">
        <w:trPr>
          <w:cantSplit/>
        </w:trPr>
        <w:tc>
          <w:tcPr>
            <w:tcW w:w="2381" w:type="dxa"/>
            <w:tcMar>
              <w:top w:w="85" w:type="dxa"/>
              <w:left w:w="100" w:type="dxa"/>
              <w:start w:w="100" w:type="dxa"/>
              <w:bottom w:w="85" w:type="dxa"/>
              <w:right w:w="100" w:type="dxa"/>
              <w:end w:w="100" w:type="dxa"/>
            </w:tcMar>
            <w:vAlign w:val="center"/>
            <w:shd w:fill="F4F6F8"/>
          </w:tcPr>
          <w:p w:rsidP="0EF2D338" w14:paraId="7D10722A"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E-mailadres</w:t>
            </w:r>
          </w:p>
        </w:tc>
        <w:tc>
          <w:tcPr>
            <w:tcW w:w="2778" w:type="dxa"/>
            <w:tcMar>
              <w:top w:w="85" w:type="dxa"/>
              <w:left w:w="100" w:type="dxa"/>
              <w:start w:w="100" w:type="dxa"/>
              <w:bottom w:w="85" w:type="dxa"/>
              <w:right w:w="100" w:type="dxa"/>
              <w:end w:w="100" w:type="dxa"/>
            </w:tcMar>
            <w:vAlign w:val="center"/>
            <w:shd w:fill="FFFFFF"/>
          </w:tcPr>
          <w:p w:rsidP="0EF2D338" w14:paraId="1E83C212" wp14:textId="77777777">
            <w:pPr>
              <w:spacing w:before="0" w:after="0" w:line="252" w:lineRule="auto"/>
              <w:rPr>
                <w:rFonts w:ascii="Arial" w:hAnsi="Arial"/>
                <w:noProof w:val="0"/>
                <w:color w:val="7A7A7A"/>
                <w:lang w:val="nl-NL"/>
              </w:rPr>
            </w:pPr>
            <w:sdt>
              <w:sdtPr>
                <w:id w:val="500178"/>
                <w:text/>
                <w:alias w:val="ontdekker_email"/>
                <w:tag w:val="ontdekker_email"/>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c>
          <w:tcPr>
            <w:tcW w:w="2381" w:type="dxa"/>
            <w:tcMar>
              <w:top w:w="85" w:type="dxa"/>
              <w:left w:w="100" w:type="dxa"/>
              <w:start w:w="100" w:type="dxa"/>
              <w:bottom w:w="85" w:type="dxa"/>
              <w:right w:w="100" w:type="dxa"/>
              <w:end w:w="100" w:type="dxa"/>
            </w:tcMar>
            <w:vAlign w:val="center"/>
            <w:shd w:fill="F4F6F8"/>
          </w:tcPr>
          <w:p w:rsidP="0EF2D338" w14:paraId="6C3D09AD"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Telefoonnummer</w:t>
            </w:r>
          </w:p>
        </w:tc>
        <w:tc>
          <w:tcPr>
            <w:tcW w:w="2778" w:type="dxa"/>
            <w:tcMar>
              <w:top w:w="85" w:type="dxa"/>
              <w:left w:w="100" w:type="dxa"/>
              <w:start w:w="100" w:type="dxa"/>
              <w:bottom w:w="85" w:type="dxa"/>
              <w:right w:w="100" w:type="dxa"/>
              <w:end w:w="100" w:type="dxa"/>
            </w:tcMar>
            <w:vAlign w:val="center"/>
            <w:shd w:fill="FFFFFF"/>
          </w:tcPr>
          <w:p w:rsidP="0EF2D338" w14:paraId="16AC62DB" wp14:textId="77777777">
            <w:pPr>
              <w:spacing w:before="0" w:after="0" w:line="252" w:lineRule="auto"/>
              <w:rPr>
                <w:rFonts w:ascii="Arial" w:hAnsi="Arial"/>
                <w:noProof w:val="0"/>
                <w:color w:val="7A7A7A"/>
                <w:lang w:val="nl-NL"/>
              </w:rPr>
            </w:pPr>
            <w:sdt>
              <w:sdtPr>
                <w:id w:val="500179"/>
                <w:text/>
                <w:alias w:val="ontdekker_telefoon"/>
                <w:tag w:val="ontdekker_telefoon"/>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r>
      <w:tr xmlns:wp14="http://schemas.microsoft.com/office/word/2010/wordml" w:rsidTr="0EF2D338" w14:paraId="667BEAB9" wp14:textId="77777777">
        <w:trPr>
          <w:cantSplit/>
        </w:trPr>
        <w:tc>
          <w:tcPr>
            <w:tcW w:w="2381" w:type="dxa"/>
            <w:tcMar>
              <w:top w:w="85" w:type="dxa"/>
              <w:left w:w="100" w:type="dxa"/>
              <w:start w:w="100" w:type="dxa"/>
              <w:bottom w:w="85" w:type="dxa"/>
              <w:right w:w="100" w:type="dxa"/>
              <w:end w:w="100" w:type="dxa"/>
            </w:tcMar>
            <w:vAlign w:val="center"/>
            <w:shd w:fill="F4F6F8"/>
          </w:tcPr>
          <w:p w:rsidP="0EF2D338" w14:paraId="19DA0C7D"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Voorkeur contact</w:t>
            </w:r>
          </w:p>
        </w:tc>
        <w:tc>
          <w:tcPr>
            <w:tcW w:w="2778" w:type="dxa"/>
            <w:tcMar>
              <w:top w:w="85" w:type="dxa"/>
              <w:left w:w="100" w:type="dxa"/>
              <w:start w:w="100" w:type="dxa"/>
              <w:bottom w:w="85" w:type="dxa"/>
              <w:right w:w="100" w:type="dxa"/>
              <w:end w:w="100" w:type="dxa"/>
            </w:tcMar>
            <w:vAlign w:val="center"/>
            <w:shd w:fill="FFFFFF"/>
          </w:tcPr>
          <w:p w:rsidP="0EF2D338" w14:paraId="32007F02" wp14:textId="77777777">
            <w:pPr>
              <w:spacing w:before="0" w:after="40" w:line="252" w:lineRule="auto"/>
              <w:rPr>
                <w:rFonts w:ascii="Arial" w:hAnsi="Arial"/>
                <w:b w:val="0"/>
                <w:bCs w:val="0"/>
                <w:i w:val="0"/>
                <w:iCs w:val="0"/>
                <w:noProof w:val="0"/>
                <w:color w:val="202428"/>
                <w:sz w:val="16"/>
                <w:szCs w:val="16"/>
                <w:lang w:val="nl-NL"/>
              </w:rPr>
            </w:pPr>
            <w:sdt>
              <w:sdtPr>
                <w:id w:val="500180"/>
                <w14:checkbox>
                  <w14:checked w14:val="0"/>
                  <w14:checkedState w14:val="2612" w14:font="MS Gothic"/>
                  <w14:uncheckedState w14:val="2610" w14:font="MS Gothic"/>
                </w14:checkbox>
                <w:alias w:val="voorkeur_contact_1"/>
                <w:tag w:val="voorkeur_contact_1"/>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e-mail</w:t>
            </w:r>
          </w:p>
          <w:p w:rsidP="0EF2D338" w14:paraId="43B12676" wp14:textId="77777777">
            <w:pPr>
              <w:spacing w:before="0" w:after="40" w:line="252" w:lineRule="auto"/>
              <w:rPr>
                <w:rFonts w:ascii="Arial" w:hAnsi="Arial"/>
                <w:b w:val="0"/>
                <w:bCs w:val="0"/>
                <w:i w:val="0"/>
                <w:iCs w:val="0"/>
                <w:noProof w:val="0"/>
                <w:color w:val="202428"/>
                <w:sz w:val="16"/>
                <w:szCs w:val="16"/>
                <w:lang w:val="nl-NL"/>
              </w:rPr>
            </w:pPr>
            <w:sdt>
              <w:sdtPr>
                <w:id w:val="500181"/>
                <w14:checkbox>
                  <w14:checked w14:val="0"/>
                  <w14:checkedState w14:val="2612" w14:font="MS Gothic"/>
                  <w14:uncheckedState w14:val="2610" w14:font="MS Gothic"/>
                </w14:checkbox>
                <w:alias w:val="voorkeur_contact_2"/>
                <w:tag w:val="voorkeur_contact_2"/>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telefoon</w:t>
            </w:r>
          </w:p>
          <w:p w:rsidP="0EF2D338" w14:paraId="145FB6F3" wp14:textId="77777777">
            <w:pPr>
              <w:spacing w:before="0" w:after="40" w:line="252" w:lineRule="auto"/>
              <w:rPr>
                <w:rFonts w:ascii="Arial" w:hAnsi="Arial"/>
                <w:b w:val="0"/>
                <w:bCs w:val="0"/>
                <w:i w:val="0"/>
                <w:iCs w:val="0"/>
                <w:noProof w:val="0"/>
                <w:color w:val="202428"/>
                <w:sz w:val="16"/>
                <w:szCs w:val="16"/>
                <w:lang w:val="nl-NL"/>
              </w:rPr>
            </w:pPr>
            <w:sdt>
              <w:sdtPr>
                <w:id w:val="500182"/>
                <w14:checkbox>
                  <w14:checked w14:val="0"/>
                  <w14:checkedState w14:val="2612" w14:font="MS Gothic"/>
                  <w14:uncheckedState w14:val="2610" w14:font="MS Gothic"/>
                </w14:checkbox>
                <w:alias w:val="voorkeur_contact_3"/>
                <w:tag w:val="voorkeur_contact_3"/>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geen voorkeur</w:t>
            </w:r>
          </w:p>
        </w:tc>
        <w:tc>
          <w:tcPr>
            <w:tcW w:w="2381" w:type="dxa"/>
            <w:tcMar>
              <w:top w:w="85" w:type="dxa"/>
              <w:left w:w="100" w:type="dxa"/>
              <w:start w:w="100" w:type="dxa"/>
              <w:bottom w:w="85" w:type="dxa"/>
              <w:right w:w="100" w:type="dxa"/>
              <w:end w:w="100" w:type="dxa"/>
            </w:tcMar>
            <w:vAlign w:val="center"/>
            <w:shd w:fill="F4F6F8"/>
          </w:tcPr>
          <w:p w:rsidP="0EF2D338" w14:paraId="7C35FF93"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Vertrouwelijkheid</w:t>
            </w:r>
          </w:p>
        </w:tc>
        <w:tc>
          <w:tcPr>
            <w:tcW w:w="2778" w:type="dxa"/>
            <w:tcMar>
              <w:top w:w="85" w:type="dxa"/>
              <w:left w:w="100" w:type="dxa"/>
              <w:start w:w="100" w:type="dxa"/>
              <w:bottom w:w="85" w:type="dxa"/>
              <w:right w:w="100" w:type="dxa"/>
              <w:end w:w="100" w:type="dxa"/>
            </w:tcMar>
            <w:vAlign w:val="center"/>
            <w:shd w:fill="FFFFFF"/>
          </w:tcPr>
          <w:p w:rsidP="0EF2D338" w14:paraId="151D247B" wp14:textId="77777777">
            <w:pPr>
              <w:spacing w:before="0" w:after="40" w:line="252" w:lineRule="auto"/>
              <w:rPr>
                <w:rFonts w:ascii="Arial" w:hAnsi="Arial"/>
                <w:b w:val="0"/>
                <w:bCs w:val="0"/>
                <w:i w:val="0"/>
                <w:iCs w:val="0"/>
                <w:noProof w:val="0"/>
                <w:color w:val="202428"/>
                <w:sz w:val="16"/>
                <w:szCs w:val="16"/>
                <w:lang w:val="nl-NL"/>
              </w:rPr>
            </w:pPr>
            <w:sdt>
              <w:sdtPr>
                <w:id w:val="500183"/>
                <w14:checkbox>
                  <w14:checked w14:val="0"/>
                  <w14:checkedState w14:val="2612" w14:font="MS Gothic"/>
                  <w14:uncheckedState w14:val="2610" w14:font="MS Gothic"/>
                </w14:checkbox>
                <w:alias w:val="vertrouwelijkheid_1"/>
                <w:tag w:val="vertrouwelijkheid_1"/>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contactgegevens alleen delen indien nodig</w:t>
            </w:r>
          </w:p>
        </w:tc>
      </w:tr>
    </w:tbl>
    <w:p xmlns:wp14="http://schemas.microsoft.com/office/word/2010/wordml" w:rsidP="0EF2D338" w14:paraId="6A05A809" wp14:textId="77777777">
      <w:pPr>
        <w:spacing w:after="80"/>
        <w:rPr>
          <w:noProof w:val="0"/>
          <w:lang w:val="nl-NL"/>
        </w:rPr>
      </w:pPr>
    </w:p>
    <w:tbl>
      <w:tblPr>
        <w:tblW w:w="10319" w:type="dxa"/>
        <w:jc w:val="center"/>
        <w:tblLook w:val="04A0" w:firstRow="1" w:lastRow="0" w:firstColumn="1" w:lastColumn="0" w:noHBand="0" w:noVBand="1"/>
        <w:tblBorders>
          <w:top w:val="single" w:color="5E3C99" w:sz="0" w:space="0"/>
          <w:left w:val="single" w:color="5E3C99" w:sz="0" w:space="0"/>
          <w:bottom w:val="single" w:color="5E3C99" w:sz="0" w:space="0"/>
          <w:right w:val="single" w:color="5E3C99" w:sz="0" w:space="0"/>
          <w:insideH w:val="single" w:color="5E3C99" w:sz="0" w:space="0"/>
          <w:insideV w:val="single" w:color="5E3C99" w:sz="0" w:space="0"/>
        </w:tblBorders>
      </w:tblPr>
      <w:tblGrid>
        <w:gridCol w:w="5188"/>
        <w:gridCol w:w="5188"/>
      </w:tblGrid>
      <w:tr xmlns:wp14="http://schemas.microsoft.com/office/word/2010/wordml" w:rsidTr="0EF2D338" w14:paraId="6D791E9D" wp14:textId="77777777">
        <w:tc>
          <w:tcPr>
            <w:tcW w:w="907" w:type="dxa"/>
            <w:tcMar/>
            <w:vAlign w:val="center"/>
            <w:shd w:fill="5E3C99"/>
            <w:tcMar>
              <w:top w:w="90" w:type="dxa"/>
              <w:start w:w="140" w:type="dxa"/>
              <w:bottom w:w="90" w:type="dxa"/>
              <w:end w:w="140" w:type="dxa"/>
            </w:tcMar>
          </w:tcPr>
          <w:p w:rsidP="0EF2D338" w14:paraId="18F999B5"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2</w:t>
            </w:r>
          </w:p>
        </w:tc>
        <w:tc>
          <w:tcPr>
            <w:tcW w:w="9412" w:type="dxa"/>
            <w:tcMar/>
            <w:vAlign w:val="center"/>
            <w:shd w:fill="5E3C99"/>
            <w:tcMar>
              <w:top w:w="90" w:type="dxa"/>
              <w:start w:w="140" w:type="dxa"/>
              <w:bottom w:w="90" w:type="dxa"/>
              <w:end w:w="140" w:type="dxa"/>
            </w:tcMar>
          </w:tcPr>
          <w:p w:rsidP="0EF2D338" w14:paraId="45EDBC46"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Wat heeft u ontdekt?</w:t>
            </w:r>
          </w:p>
        </w:tc>
      </w:tr>
    </w:tbl>
    <w:p xmlns:wp14="http://schemas.microsoft.com/office/word/2010/wordml" w:rsidP="0EF2D338" w14:paraId="5A39BBE3" wp14:textId="77777777">
      <w:pPr>
        <w:keepNext w:val="1"/>
        <w:spacing w:before="0" w:after="40"/>
        <w:rPr>
          <w:noProof w:val="0"/>
          <w:lang w:val="nl-NL"/>
        </w:rPr>
      </w:pPr>
    </w:p>
    <w:tbl>
      <w:tblPr>
        <w:tblW w:w="10319" w:type="dxa"/>
        <w:jc w:val="center"/>
        <w:tblLayout w:type="fixed"/>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2594"/>
        <w:gridCol w:w="2594"/>
        <w:gridCol w:w="2594"/>
        <w:gridCol w:w="2594"/>
      </w:tblGrid>
      <w:tr xmlns:wp14="http://schemas.microsoft.com/office/word/2010/wordml" w:rsidTr="0EF2D338" w14:paraId="46C0A87D" wp14:textId="77777777">
        <w:trPr>
          <w:cantSplit/>
        </w:trPr>
        <w:tc>
          <w:tcPr>
            <w:tcW w:w="2381" w:type="dxa"/>
            <w:tcMar>
              <w:top w:w="85" w:type="dxa"/>
              <w:left w:w="100" w:type="dxa"/>
              <w:start w:w="100" w:type="dxa"/>
              <w:bottom w:w="85" w:type="dxa"/>
              <w:right w:w="100" w:type="dxa"/>
              <w:end w:w="100" w:type="dxa"/>
            </w:tcMar>
            <w:vAlign w:val="center"/>
            <w:shd w:fill="F4F6F8"/>
          </w:tcPr>
          <w:p w:rsidP="0EF2D338" w14:paraId="77224A8A"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Datum/tijd ontdekking</w:t>
            </w:r>
          </w:p>
        </w:tc>
        <w:tc>
          <w:tcPr>
            <w:tcW w:w="2778" w:type="dxa"/>
            <w:tcMar>
              <w:top w:w="85" w:type="dxa"/>
              <w:left w:w="100" w:type="dxa"/>
              <w:start w:w="100" w:type="dxa"/>
              <w:bottom w:w="85" w:type="dxa"/>
              <w:right w:w="100" w:type="dxa"/>
              <w:end w:w="100" w:type="dxa"/>
            </w:tcMar>
            <w:vAlign w:val="center"/>
            <w:shd w:fill="FFFFFF"/>
          </w:tcPr>
          <w:p w:rsidP="0EF2D338" w14:paraId="33E48CE3" wp14:textId="77777777">
            <w:pPr>
              <w:spacing w:before="0" w:after="0" w:line="252" w:lineRule="auto"/>
              <w:rPr>
                <w:rFonts w:ascii="Arial" w:hAnsi="Arial"/>
                <w:noProof w:val="0"/>
                <w:color w:val="7A7A7A"/>
                <w:lang w:val="nl-NL"/>
              </w:rPr>
            </w:pPr>
            <w:sdt>
              <w:sdtPr>
                <w:id w:val="500184"/>
                <w:text/>
                <w:alias w:val="datum_tijd_ontdekking_ext"/>
                <w:tag w:val="datum_tijd_ontdekking_ext"/>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c>
          <w:tcPr>
            <w:tcW w:w="2381" w:type="dxa"/>
            <w:tcMar>
              <w:top w:w="85" w:type="dxa"/>
              <w:left w:w="100" w:type="dxa"/>
              <w:start w:w="100" w:type="dxa"/>
              <w:bottom w:w="85" w:type="dxa"/>
              <w:right w:w="100" w:type="dxa"/>
              <w:end w:w="100" w:type="dxa"/>
            </w:tcMar>
            <w:vAlign w:val="center"/>
            <w:shd w:fill="F4F6F8"/>
          </w:tcPr>
          <w:p w:rsidP="0EF2D338" w14:paraId="7550F2B9"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Waar aangetroffen?</w:t>
            </w:r>
          </w:p>
        </w:tc>
        <w:tc>
          <w:tcPr>
            <w:tcW w:w="2778" w:type="dxa"/>
            <w:tcMar>
              <w:top w:w="85" w:type="dxa"/>
              <w:left w:w="100" w:type="dxa"/>
              <w:start w:w="100" w:type="dxa"/>
              <w:bottom w:w="85" w:type="dxa"/>
              <w:right w:w="100" w:type="dxa"/>
              <w:end w:w="100" w:type="dxa"/>
            </w:tcMar>
            <w:vAlign w:val="center"/>
            <w:shd w:fill="FFFFFF"/>
          </w:tcPr>
          <w:p w:rsidP="0EF2D338" w14:paraId="7DC7A43B" wp14:textId="77777777">
            <w:pPr>
              <w:spacing w:before="0" w:after="0" w:line="252" w:lineRule="auto"/>
              <w:rPr>
                <w:rFonts w:ascii="Arial" w:hAnsi="Arial"/>
                <w:noProof w:val="0"/>
                <w:color w:val="7A7A7A"/>
                <w:lang w:val="nl-NL"/>
              </w:rPr>
            </w:pPr>
            <w:sdt>
              <w:sdtPr>
                <w:id w:val="500185"/>
                <w:text/>
                <w:alias w:val="waar_aangetroffen"/>
                <w:tag w:val="waar_aangetroffen"/>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website, portaal, e-mail, document, link, app, post</w:t>
                </w:r>
              </w:sdtContent>
            </w:sdt>
          </w:p>
        </w:tc>
      </w:tr>
      <w:tr xmlns:wp14="http://schemas.microsoft.com/office/word/2010/wordml" w:rsidTr="0EF2D338" w14:paraId="3581CEE7" wp14:textId="77777777">
        <w:trPr>
          <w:cantSplit/>
        </w:trPr>
        <w:tc>
          <w:tcPr>
            <w:tcW w:w="2381" w:type="dxa"/>
            <w:tcMar>
              <w:top w:w="85" w:type="dxa"/>
              <w:left w:w="100" w:type="dxa"/>
              <w:start w:w="100" w:type="dxa"/>
              <w:bottom w:w="85" w:type="dxa"/>
              <w:right w:w="100" w:type="dxa"/>
              <w:end w:w="100" w:type="dxa"/>
            </w:tcMar>
            <w:vAlign w:val="center"/>
            <w:shd w:fill="F4F6F8"/>
          </w:tcPr>
          <w:p w:rsidP="0EF2D338" w14:paraId="3523E19A"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Nu nog toegankelijk?</w:t>
            </w:r>
          </w:p>
        </w:tc>
        <w:tc>
          <w:tcPr>
            <w:tcW w:w="2778" w:type="dxa"/>
            <w:tcMar>
              <w:top w:w="85" w:type="dxa"/>
              <w:left w:w="100" w:type="dxa"/>
              <w:start w:w="100" w:type="dxa"/>
              <w:bottom w:w="85" w:type="dxa"/>
              <w:right w:w="100" w:type="dxa"/>
              <w:end w:w="100" w:type="dxa"/>
            </w:tcMar>
            <w:vAlign w:val="center"/>
            <w:shd w:fill="FFFFFF"/>
          </w:tcPr>
          <w:p w:rsidP="0EF2D338" w14:paraId="716DD8A4" wp14:textId="6CEC1223">
            <w:pPr>
              <w:spacing w:before="0" w:after="40" w:line="252" w:lineRule="auto"/>
              <w:rPr>
                <w:rFonts w:ascii="Arial" w:hAnsi="Arial"/>
                <w:b w:val="0"/>
                <w:bCs w:val="0"/>
                <w:i w:val="0"/>
                <w:iCs w:val="0"/>
                <w:noProof w:val="0"/>
                <w:color w:val="202428"/>
                <w:sz w:val="16"/>
                <w:szCs w:val="16"/>
                <w:lang w:val="nl-NL"/>
              </w:rPr>
            </w:pPr>
            <w:sdt>
              <w:sdtPr>
                <w:id w:val="500186"/>
                <w14:checkbox>
                  <w14:checked w14:val="0"/>
                  <w14:checkedState w14:val="2612" w14:font="MS Gothic"/>
                  <w14:uncheckedState w14:val="2610" w14:font="MS Gothic"/>
                </w14:checkbox>
                <w:alias w:val="nog_toegankelijk_1"/>
                <w:tag w:val="nog_toegankelijk_1"/>
                <w:rPr>
                  <w:rFonts w:ascii="MS Gothic" w:hAnsi="MS Gothic" w:eastAsia="MS Gothic" w:cs="MS Gothic"/>
                  <w:noProof w:val="0"/>
                  <w:sz w:val="18"/>
                  <w:szCs w:val="18"/>
                  <w:lang w:val="nl-NL"/>
                </w:rPr>
              </w:sdtPr>
              <w:sdtContent>
                <w:r w:rsidRPr="0EF2D338" w:rsidR="27791345">
                  <w:rPr>
                    <w:rFonts w:ascii="MS Gothic" w:hAnsi="MS Gothic" w:eastAsia="MS Gothic" w:cs="MS Gothic"/>
                    <w:noProof w:val="0"/>
                    <w:sz w:val="18"/>
                    <w:szCs w:val="18"/>
                    <w:lang w:val="nl-NL"/>
                  </w:rPr>
                  <w:t>☐</w:t>
                </w:r>
              </w:sdtContent>
            </w:sdt>
            <w:r w:rsidRPr="0EF2D338" w:rsidR="27791345">
              <w:rPr>
                <w:rFonts w:ascii="Arial" w:hAnsi="Arial"/>
                <w:b w:val="0"/>
                <w:bCs w:val="0"/>
                <w:i w:val="0"/>
                <w:iCs w:val="0"/>
                <w:noProof w:val="0"/>
                <w:color w:val="202428"/>
                <w:sz w:val="16"/>
                <w:szCs w:val="16"/>
                <w:lang w:val="nl-NL"/>
              </w:rPr>
              <w:t xml:space="preserve"> ja</w:t>
            </w:r>
          </w:p>
          <w:p w:rsidP="0EF2D338" w14:paraId="4B64D525" wp14:textId="77777777">
            <w:pPr>
              <w:spacing w:before="0" w:after="40" w:line="252" w:lineRule="auto"/>
              <w:rPr>
                <w:rFonts w:ascii="Arial" w:hAnsi="Arial"/>
                <w:b w:val="0"/>
                <w:bCs w:val="0"/>
                <w:i w:val="0"/>
                <w:iCs w:val="0"/>
                <w:noProof w:val="0"/>
                <w:color w:val="202428"/>
                <w:sz w:val="16"/>
                <w:szCs w:val="16"/>
                <w:lang w:val="nl-NL"/>
              </w:rPr>
            </w:pPr>
            <w:sdt>
              <w:sdtPr>
                <w:id w:val="500187"/>
                <w14:checkbox>
                  <w14:checked w14:val="0"/>
                  <w14:checkedState w14:val="2612" w14:font="MS Gothic"/>
                  <w14:uncheckedState w14:val="2610" w14:font="MS Gothic"/>
                </w14:checkbox>
                <w:alias w:val="nog_toegankelijk_2"/>
                <w:tag w:val="nog_toegankelijk_2"/>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nee</w:t>
            </w:r>
          </w:p>
          <w:p w:rsidP="0EF2D338" w14:paraId="1C6B461C" wp14:textId="77777777">
            <w:pPr>
              <w:spacing w:before="0" w:after="40" w:line="252" w:lineRule="auto"/>
              <w:rPr>
                <w:rFonts w:ascii="Arial" w:hAnsi="Arial"/>
                <w:b w:val="0"/>
                <w:bCs w:val="0"/>
                <w:i w:val="0"/>
                <w:iCs w:val="0"/>
                <w:noProof w:val="0"/>
                <w:color w:val="202428"/>
                <w:sz w:val="16"/>
                <w:szCs w:val="16"/>
                <w:lang w:val="nl-NL"/>
              </w:rPr>
            </w:pPr>
            <w:sdt>
              <w:sdtPr>
                <w:id w:val="500188"/>
                <w14:checkbox>
                  <w14:checked w14:val="0"/>
                  <w14:checkedState w14:val="2612" w14:font="MS Gothic"/>
                  <w14:uncheckedState w14:val="2610" w14:font="MS Gothic"/>
                </w14:checkbox>
                <w:alias w:val="nog_toegankelijk_3"/>
                <w:tag w:val="nog_toegankelijk_3"/>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onbekend</w:t>
            </w:r>
          </w:p>
        </w:tc>
        <w:tc>
          <w:tcPr>
            <w:tcW w:w="2381" w:type="dxa"/>
            <w:tcMar>
              <w:top w:w="85" w:type="dxa"/>
              <w:left w:w="100" w:type="dxa"/>
              <w:start w:w="100" w:type="dxa"/>
              <w:bottom w:w="85" w:type="dxa"/>
              <w:right w:w="100" w:type="dxa"/>
              <w:end w:w="100" w:type="dxa"/>
            </w:tcMar>
            <w:vAlign w:val="center"/>
            <w:shd w:fill="F4F6F8"/>
          </w:tcPr>
          <w:p w:rsidP="0EF2D338" w14:paraId="13E90E56"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Urgentie</w:t>
            </w:r>
          </w:p>
        </w:tc>
        <w:tc>
          <w:tcPr>
            <w:tcW w:w="2778" w:type="dxa"/>
            <w:tcMar>
              <w:top w:w="85" w:type="dxa"/>
              <w:left w:w="100" w:type="dxa"/>
              <w:start w:w="100" w:type="dxa"/>
              <w:bottom w:w="85" w:type="dxa"/>
              <w:right w:w="100" w:type="dxa"/>
              <w:end w:w="100" w:type="dxa"/>
            </w:tcMar>
            <w:vAlign w:val="center"/>
            <w:shd w:fill="FFFFFF"/>
          </w:tcPr>
          <w:p w:rsidP="0EF2D338" w14:paraId="2376AD2B" wp14:textId="77777777">
            <w:pPr>
              <w:spacing w:before="0" w:after="40" w:line="252" w:lineRule="auto"/>
              <w:rPr>
                <w:rFonts w:ascii="Arial" w:hAnsi="Arial"/>
                <w:b w:val="0"/>
                <w:bCs w:val="0"/>
                <w:i w:val="0"/>
                <w:iCs w:val="0"/>
                <w:noProof w:val="0"/>
                <w:color w:val="202428"/>
                <w:sz w:val="16"/>
                <w:szCs w:val="16"/>
                <w:lang w:val="nl-NL"/>
              </w:rPr>
            </w:pPr>
            <w:sdt>
              <w:sdtPr>
                <w:id w:val="500189"/>
                <w14:checkbox>
                  <w14:checked w14:val="0"/>
                  <w14:checkedState w14:val="2612" w14:font="MS Gothic"/>
                  <w14:uncheckedState w14:val="2610" w14:font="MS Gothic"/>
                </w14:checkbox>
                <w:alias w:val="urgentie_1"/>
                <w:tag w:val="urgentie_1"/>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toegang lijkt nog mogelijk</w:t>
            </w:r>
          </w:p>
          <w:p w:rsidP="0EF2D338" w14:paraId="6AD78E8B" wp14:textId="77777777">
            <w:pPr>
              <w:spacing w:before="0" w:after="40" w:line="252" w:lineRule="auto"/>
              <w:rPr>
                <w:rFonts w:ascii="Arial" w:hAnsi="Arial"/>
                <w:b w:val="0"/>
                <w:bCs w:val="0"/>
                <w:i w:val="0"/>
                <w:iCs w:val="0"/>
                <w:noProof w:val="0"/>
                <w:color w:val="202428"/>
                <w:sz w:val="16"/>
                <w:szCs w:val="16"/>
                <w:lang w:val="nl-NL"/>
              </w:rPr>
            </w:pPr>
            <w:sdt>
              <w:sdtPr>
                <w:id w:val="500190"/>
                <w14:checkbox>
                  <w14:checked w14:val="0"/>
                  <w14:checkedState w14:val="2612" w14:font="MS Gothic"/>
                  <w14:uncheckedState w14:val="2610" w14:font="MS Gothic"/>
                </w14:checkbox>
                <w:alias w:val="urgentie_2"/>
                <w:tag w:val="urgentie_2"/>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onbekend</w:t>
            </w:r>
          </w:p>
        </w:tc>
      </w:tr>
    </w:tbl>
    <w:p xmlns:wp14="http://schemas.microsoft.com/office/word/2010/wordml" w:rsidP="0EF2D338" w14:paraId="41C8F396" wp14:textId="77777777">
      <w:pPr>
        <w:spacing w:after="80"/>
        <w:rPr>
          <w:noProof w:val="0"/>
          <w:lang w:val="nl-NL"/>
        </w:rPr>
      </w:pPr>
    </w:p>
    <w:tbl>
      <w:tblPr>
        <w:tblW w:w="10319" w:type="dxa"/>
        <w:jc w:val="center"/>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10376"/>
      </w:tblGrid>
      <w:tr xmlns:wp14="http://schemas.microsoft.com/office/word/2010/wordml" w:rsidTr="0EF2D338" w14:paraId="7F42962E" wp14:textId="77777777">
        <w:tc>
          <w:tcPr>
            <w:tcW w:w="10376" w:type="dxa"/>
            <w:shd w:val="clear" w:color="auto" w:fill="F4F6F8"/>
            <w:tcMar>
              <w:top w:w="90" w:type="dxa"/>
              <w:left w:w="120" w:type="dxa"/>
              <w:start w:w="120" w:type="dxa"/>
              <w:bottom w:w="90" w:type="dxa"/>
              <w:right w:w="120" w:type="dxa"/>
              <w:end w:w="120" w:type="dxa"/>
            </w:tcMar>
            <w:vAlign w:val="center"/>
          </w:tcPr>
          <w:p w:rsidP="0EF2D338" w14:paraId="2088851F" wp14:textId="77777777">
            <w:pPr>
              <w:spacing w:before="0" w:after="0"/>
              <w:rPr>
                <w:rFonts w:ascii="Arial" w:hAnsi="Arial"/>
                <w:b w:val="1"/>
                <w:bCs w:val="1"/>
                <w:i w:val="0"/>
                <w:iCs w:val="0"/>
                <w:noProof w:val="0"/>
                <w:color w:val="143B52"/>
                <w:sz w:val="17"/>
                <w:szCs w:val="17"/>
                <w:lang w:val="nl-NL"/>
              </w:rPr>
            </w:pPr>
            <w:r w:rsidRPr="0EF2D338" w:rsidR="0EF2D338">
              <w:rPr>
                <w:rFonts w:ascii="Arial" w:hAnsi="Arial"/>
                <w:b w:val="1"/>
                <w:bCs w:val="1"/>
                <w:i w:val="0"/>
                <w:iCs w:val="0"/>
                <w:noProof w:val="0"/>
                <w:color w:val="143B52"/>
                <w:sz w:val="17"/>
                <w:szCs w:val="17"/>
                <w:lang w:val="nl-NL"/>
              </w:rPr>
              <w:t>Korte omschrijving</w:t>
            </w:r>
          </w:p>
        </w:tc>
      </w:tr>
      <w:tr xmlns:wp14="http://schemas.microsoft.com/office/word/2010/wordml" w:rsidTr="0EF2D338" w14:paraId="5A848075" wp14:textId="77777777">
        <w:trPr>
          <w:trHeight w:val="1000" w:hRule="atLeast"/>
        </w:trPr>
        <w:tc>
          <w:tcPr>
            <w:tcW w:w="10376" w:type="dxa"/>
            <w:tcMar>
              <w:top w:w="110" w:type="dxa"/>
              <w:left w:w="130" w:type="dxa"/>
              <w:start w:w="130" w:type="dxa"/>
              <w:bottom w:w="110" w:type="dxa"/>
              <w:right w:w="130" w:type="dxa"/>
              <w:end w:w="130" w:type="dxa"/>
            </w:tcMar>
            <w:vAlign w:val="top"/>
          </w:tcPr>
          <w:p w:rsidP="0EF2D338" w14:paraId="5B77F01E" wp14:textId="77777777">
            <w:pPr>
              <w:spacing w:before="0" w:after="0"/>
              <w:rPr>
                <w:rFonts w:ascii="Arial" w:hAnsi="Arial"/>
                <w:noProof w:val="0"/>
                <w:color w:val="7A7A7A"/>
                <w:lang w:val="nl-NL"/>
              </w:rPr>
            </w:pPr>
            <w:sdt>
              <w:sdtPr>
                <w:id w:val="500191"/>
                <w:text/>
                <w:alias w:val="externe_korte_omschrijving"/>
                <w:tag w:val="externe_korte_omschrijving"/>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Beschrijf feitelijk wat u zag of ontving. Vermeld geen extra persoonsgegevens als dat niet nodig is.</w:t>
                </w:r>
              </w:sdtContent>
            </w:sdt>
          </w:p>
        </w:tc>
      </w:tr>
    </w:tbl>
    <w:p xmlns:wp14="http://schemas.microsoft.com/office/word/2010/wordml" w:rsidP="0EF2D338" w14:paraId="72A3D3EC" wp14:textId="77777777">
      <w:pPr>
        <w:spacing w:after="80"/>
        <w:rPr>
          <w:noProof w:val="0"/>
          <w:lang w:val="nl-NL"/>
        </w:rPr>
      </w:pPr>
    </w:p>
    <w:tbl>
      <w:tblPr>
        <w:tblW w:w="10319" w:type="dxa"/>
        <w:jc w:val="center"/>
        <w:tblLook w:val="04A0" w:firstRow="1" w:lastRow="0" w:firstColumn="1" w:lastColumn="0" w:noHBand="0" w:noVBand="1"/>
        <w:tblBorders>
          <w:top w:val="single" w:color="5E3C99" w:sz="0" w:space="0"/>
          <w:left w:val="single" w:color="5E3C99" w:sz="0" w:space="0"/>
          <w:bottom w:val="single" w:color="5E3C99" w:sz="0" w:space="0"/>
          <w:right w:val="single" w:color="5E3C99" w:sz="0" w:space="0"/>
          <w:insideH w:val="single" w:color="5E3C99" w:sz="0" w:space="0"/>
          <w:insideV w:val="single" w:color="5E3C99" w:sz="0" w:space="0"/>
        </w:tblBorders>
      </w:tblPr>
      <w:tblGrid>
        <w:gridCol w:w="5188"/>
        <w:gridCol w:w="5188"/>
      </w:tblGrid>
      <w:tr xmlns:wp14="http://schemas.microsoft.com/office/word/2010/wordml" w:rsidTr="0EF2D338" w14:paraId="4DB4D530" wp14:textId="77777777">
        <w:tc>
          <w:tcPr>
            <w:tcW w:w="907" w:type="dxa"/>
            <w:tcMar/>
            <w:vAlign w:val="center"/>
            <w:shd w:fill="5E3C99"/>
            <w:tcMar>
              <w:top w:w="90" w:type="dxa"/>
              <w:start w:w="140" w:type="dxa"/>
              <w:bottom w:w="90" w:type="dxa"/>
              <w:end w:w="140" w:type="dxa"/>
            </w:tcMar>
          </w:tcPr>
          <w:p w:rsidP="0EF2D338" w14:paraId="5FCD5EC4"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3</w:t>
            </w:r>
          </w:p>
        </w:tc>
        <w:tc>
          <w:tcPr>
            <w:tcW w:w="9412" w:type="dxa"/>
            <w:tcMar/>
            <w:vAlign w:val="center"/>
            <w:shd w:fill="5E3C99"/>
            <w:tcMar>
              <w:top w:w="90" w:type="dxa"/>
              <w:start w:w="140" w:type="dxa"/>
              <w:bottom w:w="90" w:type="dxa"/>
              <w:end w:w="140" w:type="dxa"/>
            </w:tcMar>
          </w:tcPr>
          <w:p w:rsidP="0EF2D338" w14:paraId="6AE3E656"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Welke persoonsgegevens lijken betrokken?</w:t>
            </w:r>
          </w:p>
        </w:tc>
      </w:tr>
    </w:tbl>
    <w:p xmlns:wp14="http://schemas.microsoft.com/office/word/2010/wordml" w:rsidP="0EF2D338" w14:paraId="0D0B940D" wp14:textId="77777777">
      <w:pPr>
        <w:keepNext w:val="1"/>
        <w:spacing w:before="0" w:after="40"/>
        <w:rPr>
          <w:noProof w:val="0"/>
          <w:lang w:val="nl-NL"/>
        </w:rPr>
      </w:pPr>
    </w:p>
    <w:p xmlns:wp14="http://schemas.microsoft.com/office/word/2010/wordml" w:rsidP="0EF2D338" w14:paraId="275E09F5" wp14:textId="77777777">
      <w:pPr>
        <w:spacing w:before="80" w:after="60"/>
        <w:rPr>
          <w:rFonts w:ascii="Arial" w:hAnsi="Arial"/>
          <w:b w:val="1"/>
          <w:bCs w:val="1"/>
          <w:i w:val="0"/>
          <w:iCs w:val="0"/>
          <w:noProof w:val="0"/>
          <w:color w:val="143B52"/>
          <w:sz w:val="18"/>
          <w:szCs w:val="18"/>
          <w:lang w:val="nl-NL"/>
        </w:rPr>
      </w:pPr>
      <w:r w:rsidRPr="0EF2D338" w:rsidR="0EF2D338">
        <w:rPr>
          <w:rFonts w:ascii="Arial" w:hAnsi="Arial"/>
          <w:b w:val="1"/>
          <w:bCs w:val="1"/>
          <w:i w:val="0"/>
          <w:iCs w:val="0"/>
          <w:noProof w:val="0"/>
          <w:color w:val="143B52"/>
          <w:sz w:val="18"/>
          <w:szCs w:val="18"/>
          <w:lang w:val="nl-NL"/>
        </w:rPr>
        <w:t>Soort gegevens</w:t>
      </w:r>
    </w:p>
    <w:tbl>
      <w:tblPr>
        <w:tblW w:w="10319" w:type="dxa"/>
        <w:jc w:val="center"/>
        <w:tblLayout w:type="fixed"/>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3459"/>
        <w:gridCol w:w="3459"/>
        <w:gridCol w:w="3459"/>
      </w:tblGrid>
      <w:tr xmlns:wp14="http://schemas.microsoft.com/office/word/2010/wordml" w:rsidTr="0EF2D338" w14:paraId="3190CB01" wp14:textId="77777777">
        <w:trPr>
          <w:cantSplit/>
        </w:trPr>
        <w:tc>
          <w:tcPr>
            <w:tcW w:w="3439" w:type="dxa"/>
            <w:tcMar>
              <w:top w:w="80" w:type="dxa"/>
              <w:left w:w="120" w:type="dxa"/>
              <w:start w:w="120" w:type="dxa"/>
              <w:bottom w:w="80" w:type="dxa"/>
              <w:right w:w="120" w:type="dxa"/>
              <w:end w:w="120" w:type="dxa"/>
            </w:tcMar>
            <w:shd w:fill="FFFFFF"/>
            <w:vAlign w:val="center"/>
          </w:tcPr>
          <w:p w:rsidP="0EF2D338" w14:paraId="6F3D5A84" wp14:textId="77777777">
            <w:pPr>
              <w:spacing w:before="0" w:after="0"/>
              <w:rPr>
                <w:rFonts w:ascii="Arial" w:hAnsi="Arial"/>
                <w:b w:val="0"/>
                <w:bCs w:val="0"/>
                <w:i w:val="0"/>
                <w:iCs w:val="0"/>
                <w:noProof w:val="0"/>
                <w:color w:val="202428"/>
                <w:sz w:val="16"/>
                <w:szCs w:val="16"/>
                <w:lang w:val="nl-NL"/>
              </w:rPr>
            </w:pPr>
            <w:sdt>
              <w:sdtPr>
                <w:id w:val="500192"/>
                <w14:checkbox>
                  <w14:checked w14:val="0"/>
                  <w14:checkedState w14:val="2612" w14:font="MS Gothic"/>
                  <w14:uncheckedState w14:val="2610" w14:font="MS Gothic"/>
                </w14:checkbox>
                <w:alias w:val="ext_type_gegevens_1"/>
                <w:tag w:val="ext_type_gegevens_1"/>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Cliëntgegevens</w:t>
            </w:r>
          </w:p>
        </w:tc>
        <w:tc>
          <w:tcPr>
            <w:tcW w:w="3439" w:type="dxa"/>
            <w:tcMar>
              <w:top w:w="80" w:type="dxa"/>
              <w:left w:w="120" w:type="dxa"/>
              <w:start w:w="120" w:type="dxa"/>
              <w:bottom w:w="80" w:type="dxa"/>
              <w:right w:w="120" w:type="dxa"/>
              <w:end w:w="120" w:type="dxa"/>
            </w:tcMar>
            <w:shd w:fill="FFFFFF"/>
            <w:vAlign w:val="center"/>
          </w:tcPr>
          <w:p w:rsidP="0EF2D338" w14:paraId="682973C3" wp14:textId="77777777">
            <w:pPr>
              <w:spacing w:before="0" w:after="0"/>
              <w:rPr>
                <w:rFonts w:ascii="Arial" w:hAnsi="Arial"/>
                <w:b w:val="0"/>
                <w:bCs w:val="0"/>
                <w:i w:val="0"/>
                <w:iCs w:val="0"/>
                <w:noProof w:val="0"/>
                <w:color w:val="202428"/>
                <w:sz w:val="16"/>
                <w:szCs w:val="16"/>
                <w:lang w:val="nl-NL"/>
              </w:rPr>
            </w:pPr>
            <w:sdt>
              <w:sdtPr>
                <w:id w:val="500193"/>
                <w14:checkbox>
                  <w14:checked w14:val="0"/>
                  <w14:checkedState w14:val="2612" w14:font="MS Gothic"/>
                  <w14:uncheckedState w14:val="2610" w14:font="MS Gothic"/>
                </w14:checkbox>
                <w:alias w:val="ext_type_gegevens_2"/>
                <w:tag w:val="ext_type_gegevens_2"/>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Medewerkergegevens</w:t>
            </w:r>
          </w:p>
        </w:tc>
        <w:tc>
          <w:tcPr>
            <w:tcW w:w="3439" w:type="dxa"/>
            <w:tcMar>
              <w:top w:w="80" w:type="dxa"/>
              <w:left w:w="120" w:type="dxa"/>
              <w:start w:w="120" w:type="dxa"/>
              <w:bottom w:w="80" w:type="dxa"/>
              <w:right w:w="120" w:type="dxa"/>
              <w:end w:w="120" w:type="dxa"/>
            </w:tcMar>
            <w:shd w:fill="FFFFFF"/>
            <w:vAlign w:val="center"/>
          </w:tcPr>
          <w:p w:rsidP="0EF2D338" w14:paraId="305BD157" wp14:textId="77777777">
            <w:pPr>
              <w:spacing w:before="0" w:after="0"/>
              <w:rPr>
                <w:rFonts w:ascii="Arial" w:hAnsi="Arial"/>
                <w:b w:val="0"/>
                <w:bCs w:val="0"/>
                <w:i w:val="0"/>
                <w:iCs w:val="0"/>
                <w:noProof w:val="0"/>
                <w:color w:val="202428"/>
                <w:sz w:val="16"/>
                <w:szCs w:val="16"/>
                <w:lang w:val="nl-NL"/>
              </w:rPr>
            </w:pPr>
            <w:sdt>
              <w:sdtPr>
                <w:id w:val="500194"/>
                <w14:checkbox>
                  <w14:checked w14:val="0"/>
                  <w14:checkedState w14:val="2612" w14:font="MS Gothic"/>
                  <w14:uncheckedState w14:val="2610" w14:font="MS Gothic"/>
                </w14:checkbox>
                <w:alias w:val="ext_type_gegevens_3"/>
                <w:tag w:val="ext_type_gegevens_3"/>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Verwanten/contactpersonen</w:t>
            </w:r>
          </w:p>
        </w:tc>
      </w:tr>
      <w:tr xmlns:wp14="http://schemas.microsoft.com/office/word/2010/wordml" w:rsidTr="0EF2D338" w14:paraId="0A196202" wp14:textId="77777777">
        <w:trPr>
          <w:cantSplit/>
        </w:trPr>
        <w:tc>
          <w:tcPr>
            <w:tcW w:w="3439" w:type="dxa"/>
            <w:tcMar>
              <w:top w:w="80" w:type="dxa"/>
              <w:left w:w="120" w:type="dxa"/>
              <w:start w:w="120" w:type="dxa"/>
              <w:bottom w:w="80" w:type="dxa"/>
              <w:right w:w="120" w:type="dxa"/>
              <w:end w:w="120" w:type="dxa"/>
            </w:tcMar>
            <w:shd w:fill="FFFFFF"/>
            <w:vAlign w:val="center"/>
          </w:tcPr>
          <w:p w:rsidP="0EF2D338" w14:paraId="00E97269" wp14:textId="77777777">
            <w:pPr>
              <w:spacing w:before="0" w:after="0"/>
              <w:rPr>
                <w:rFonts w:ascii="Arial" w:hAnsi="Arial"/>
                <w:b w:val="0"/>
                <w:bCs w:val="0"/>
                <w:i w:val="0"/>
                <w:iCs w:val="0"/>
                <w:noProof w:val="0"/>
                <w:color w:val="202428"/>
                <w:sz w:val="16"/>
                <w:szCs w:val="16"/>
                <w:lang w:val="nl-NL"/>
              </w:rPr>
            </w:pPr>
            <w:sdt>
              <w:sdtPr>
                <w:id w:val="500195"/>
                <w14:checkbox>
                  <w14:checked w14:val="0"/>
                  <w14:checkedState w14:val="2612" w14:font="MS Gothic"/>
                  <w14:uncheckedState w14:val="2610" w14:font="MS Gothic"/>
                </w14:checkbox>
                <w:alias w:val="ext_type_gegevens_4"/>
                <w:tag w:val="ext_type_gegevens_4"/>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Naam/adres/woonplaats</w:t>
            </w:r>
          </w:p>
        </w:tc>
        <w:tc>
          <w:tcPr>
            <w:tcW w:w="3439" w:type="dxa"/>
            <w:tcMar>
              <w:top w:w="80" w:type="dxa"/>
              <w:left w:w="120" w:type="dxa"/>
              <w:start w:w="120" w:type="dxa"/>
              <w:bottom w:w="80" w:type="dxa"/>
              <w:right w:w="120" w:type="dxa"/>
              <w:end w:w="120" w:type="dxa"/>
            </w:tcMar>
            <w:shd w:fill="FFFFFF"/>
            <w:vAlign w:val="center"/>
          </w:tcPr>
          <w:p w:rsidP="0EF2D338" w14:paraId="386B2D1F" wp14:textId="77777777">
            <w:pPr>
              <w:spacing w:before="0" w:after="0"/>
              <w:rPr>
                <w:rFonts w:ascii="Arial" w:hAnsi="Arial"/>
                <w:b w:val="0"/>
                <w:bCs w:val="0"/>
                <w:i w:val="0"/>
                <w:iCs w:val="0"/>
                <w:noProof w:val="0"/>
                <w:color w:val="202428"/>
                <w:sz w:val="16"/>
                <w:szCs w:val="16"/>
                <w:lang w:val="nl-NL"/>
              </w:rPr>
            </w:pPr>
            <w:sdt>
              <w:sdtPr>
                <w:id w:val="500196"/>
                <w14:checkbox>
                  <w14:checked w14:val="0"/>
                  <w14:checkedState w14:val="2612" w14:font="MS Gothic"/>
                  <w14:uncheckedState w14:val="2610" w14:font="MS Gothic"/>
                </w14:checkbox>
                <w:alias w:val="ext_type_gegevens_5"/>
                <w:tag w:val="ext_type_gegevens_5"/>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E-mail/telefoon</w:t>
            </w:r>
          </w:p>
        </w:tc>
        <w:tc>
          <w:tcPr>
            <w:tcW w:w="3439" w:type="dxa"/>
            <w:tcMar>
              <w:top w:w="80" w:type="dxa"/>
              <w:left w:w="120" w:type="dxa"/>
              <w:start w:w="120" w:type="dxa"/>
              <w:bottom w:w="80" w:type="dxa"/>
              <w:right w:w="120" w:type="dxa"/>
              <w:end w:w="120" w:type="dxa"/>
            </w:tcMar>
            <w:shd w:fill="FFFFFF"/>
            <w:vAlign w:val="center"/>
          </w:tcPr>
          <w:p w:rsidP="0EF2D338" w14:paraId="78D08F77" wp14:textId="77777777">
            <w:pPr>
              <w:spacing w:before="0" w:after="0"/>
              <w:rPr>
                <w:rFonts w:ascii="Arial" w:hAnsi="Arial"/>
                <w:b w:val="0"/>
                <w:bCs w:val="0"/>
                <w:i w:val="0"/>
                <w:iCs w:val="0"/>
                <w:noProof w:val="0"/>
                <w:color w:val="202428"/>
                <w:sz w:val="16"/>
                <w:szCs w:val="16"/>
                <w:lang w:val="nl-NL"/>
              </w:rPr>
            </w:pPr>
            <w:sdt>
              <w:sdtPr>
                <w:id w:val="500197"/>
                <w14:checkbox>
                  <w14:checked w14:val="0"/>
                  <w14:checkedState w14:val="2612" w14:font="MS Gothic"/>
                  <w14:uncheckedState w14:val="2610" w14:font="MS Gothic"/>
                </w14:checkbox>
                <w:alias w:val="ext_type_gegevens_6"/>
                <w:tag w:val="ext_type_gegevens_6"/>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Geboortedatum/BSN/ID</w:t>
            </w:r>
          </w:p>
        </w:tc>
      </w:tr>
      <w:tr xmlns:wp14="http://schemas.microsoft.com/office/word/2010/wordml" w:rsidTr="0EF2D338" w14:paraId="51DAE643" wp14:textId="77777777">
        <w:trPr>
          <w:cantSplit/>
        </w:trPr>
        <w:tc>
          <w:tcPr>
            <w:tcW w:w="3439" w:type="dxa"/>
            <w:tcMar>
              <w:top w:w="80" w:type="dxa"/>
              <w:left w:w="120" w:type="dxa"/>
              <w:start w:w="120" w:type="dxa"/>
              <w:bottom w:w="80" w:type="dxa"/>
              <w:right w:w="120" w:type="dxa"/>
              <w:end w:w="120" w:type="dxa"/>
            </w:tcMar>
            <w:shd w:fill="FFFFFF"/>
            <w:vAlign w:val="center"/>
          </w:tcPr>
          <w:p w:rsidP="0EF2D338" w14:paraId="43C1F1EC" wp14:textId="77777777">
            <w:pPr>
              <w:spacing w:before="0" w:after="0"/>
              <w:rPr>
                <w:rFonts w:ascii="Arial" w:hAnsi="Arial"/>
                <w:b w:val="0"/>
                <w:bCs w:val="0"/>
                <w:i w:val="0"/>
                <w:iCs w:val="0"/>
                <w:noProof w:val="0"/>
                <w:color w:val="202428"/>
                <w:sz w:val="16"/>
                <w:szCs w:val="16"/>
                <w:lang w:val="nl-NL"/>
              </w:rPr>
            </w:pPr>
            <w:sdt>
              <w:sdtPr>
                <w:id w:val="500198"/>
                <w14:checkbox>
                  <w14:checked w14:val="0"/>
                  <w14:checkedState w14:val="2612" w14:font="MS Gothic"/>
                  <w14:uncheckedState w14:val="2610" w14:font="MS Gothic"/>
                </w14:checkbox>
                <w:alias w:val="ext_type_gegevens_7"/>
                <w:tag w:val="ext_type_gegevens_7"/>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Gezondheids- of zorggegevens</w:t>
            </w:r>
          </w:p>
        </w:tc>
        <w:tc>
          <w:tcPr>
            <w:tcW w:w="3439" w:type="dxa"/>
            <w:tcMar>
              <w:top w:w="80" w:type="dxa"/>
              <w:left w:w="120" w:type="dxa"/>
              <w:start w:w="120" w:type="dxa"/>
              <w:bottom w:w="80" w:type="dxa"/>
              <w:right w:w="120" w:type="dxa"/>
              <w:end w:w="120" w:type="dxa"/>
            </w:tcMar>
            <w:shd w:fill="FFFFFF"/>
            <w:vAlign w:val="center"/>
          </w:tcPr>
          <w:p w:rsidP="0EF2D338" w14:paraId="2C57C17F" wp14:textId="77777777">
            <w:pPr>
              <w:spacing w:before="0" w:after="0"/>
              <w:rPr>
                <w:rFonts w:ascii="Arial" w:hAnsi="Arial"/>
                <w:b w:val="0"/>
                <w:bCs w:val="0"/>
                <w:i w:val="0"/>
                <w:iCs w:val="0"/>
                <w:noProof w:val="0"/>
                <w:color w:val="202428"/>
                <w:sz w:val="16"/>
                <w:szCs w:val="16"/>
                <w:lang w:val="nl-NL"/>
              </w:rPr>
            </w:pPr>
            <w:sdt>
              <w:sdtPr>
                <w:id w:val="500199"/>
                <w14:checkbox>
                  <w14:checked w14:val="0"/>
                  <w14:checkedState w14:val="2612" w14:font="MS Gothic"/>
                  <w14:uncheckedState w14:val="2610" w14:font="MS Gothic"/>
                </w14:checkbox>
                <w:alias w:val="ext_type_gegevens_8"/>
                <w:tag w:val="ext_type_gegevens_8"/>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Rapportages/dossiers</w:t>
            </w:r>
          </w:p>
        </w:tc>
        <w:tc>
          <w:tcPr>
            <w:tcW w:w="3439" w:type="dxa"/>
            <w:tcMar>
              <w:top w:w="80" w:type="dxa"/>
              <w:left w:w="120" w:type="dxa"/>
              <w:start w:w="120" w:type="dxa"/>
              <w:bottom w:w="80" w:type="dxa"/>
              <w:right w:w="120" w:type="dxa"/>
              <w:end w:w="120" w:type="dxa"/>
            </w:tcMar>
            <w:shd w:fill="FFFFFF"/>
            <w:vAlign w:val="center"/>
          </w:tcPr>
          <w:p w:rsidP="0EF2D338" w14:paraId="21847899" wp14:textId="77777777">
            <w:pPr>
              <w:spacing w:before="0" w:after="0"/>
              <w:rPr>
                <w:rFonts w:ascii="Arial" w:hAnsi="Arial"/>
                <w:b w:val="0"/>
                <w:bCs w:val="0"/>
                <w:i w:val="0"/>
                <w:iCs w:val="0"/>
                <w:noProof w:val="0"/>
                <w:color w:val="202428"/>
                <w:sz w:val="16"/>
                <w:szCs w:val="16"/>
                <w:lang w:val="nl-NL"/>
              </w:rPr>
            </w:pPr>
            <w:sdt>
              <w:sdtPr>
                <w:id w:val="500200"/>
                <w14:checkbox>
                  <w14:checked w14:val="0"/>
                  <w14:checkedState w14:val="2612" w14:font="MS Gothic"/>
                  <w14:uncheckedState w14:val="2610" w14:font="MS Gothic"/>
                </w14:checkbox>
                <w:alias w:val="ext_type_gegevens_9"/>
                <w:tag w:val="ext_type_gegevens_9"/>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Financiële gegevens</w:t>
            </w:r>
          </w:p>
        </w:tc>
      </w:tr>
      <w:tr xmlns:wp14="http://schemas.microsoft.com/office/word/2010/wordml" w:rsidTr="0EF2D338" w14:paraId="69F37342" wp14:textId="77777777">
        <w:trPr>
          <w:cantSplit/>
        </w:trPr>
        <w:tc>
          <w:tcPr>
            <w:tcW w:w="3439" w:type="dxa"/>
            <w:tcMar>
              <w:top w:w="80" w:type="dxa"/>
              <w:left w:w="120" w:type="dxa"/>
              <w:start w:w="120" w:type="dxa"/>
              <w:bottom w:w="80" w:type="dxa"/>
              <w:right w:w="120" w:type="dxa"/>
              <w:end w:w="120" w:type="dxa"/>
            </w:tcMar>
            <w:shd w:fill="FFFFFF"/>
            <w:vAlign w:val="center"/>
          </w:tcPr>
          <w:p w:rsidP="0EF2D338" w14:paraId="2A698496" wp14:textId="77777777">
            <w:pPr>
              <w:spacing w:before="0" w:after="0"/>
              <w:rPr>
                <w:rFonts w:ascii="Arial" w:hAnsi="Arial"/>
                <w:b w:val="0"/>
                <w:bCs w:val="0"/>
                <w:i w:val="0"/>
                <w:iCs w:val="0"/>
                <w:noProof w:val="0"/>
                <w:color w:val="202428"/>
                <w:sz w:val="16"/>
                <w:szCs w:val="16"/>
                <w:lang w:val="nl-NL"/>
              </w:rPr>
            </w:pPr>
            <w:sdt>
              <w:sdtPr>
                <w:id w:val="500201"/>
                <w14:checkbox>
                  <w14:checked w14:val="0"/>
                  <w14:checkedState w14:val="2612" w14:font="MS Gothic"/>
                  <w14:uncheckedState w14:val="2610" w14:font="MS Gothic"/>
                </w14:checkbox>
                <w:alias w:val="ext_type_gegevens_10"/>
                <w:tag w:val="ext_type_gegevens_10"/>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Inlog- of toegangsgegevens</w:t>
            </w:r>
          </w:p>
        </w:tc>
        <w:tc>
          <w:tcPr>
            <w:tcW w:w="3439" w:type="dxa"/>
            <w:tcMar>
              <w:top w:w="80" w:type="dxa"/>
              <w:left w:w="120" w:type="dxa"/>
              <w:start w:w="120" w:type="dxa"/>
              <w:bottom w:w="80" w:type="dxa"/>
              <w:right w:w="120" w:type="dxa"/>
              <w:end w:w="120" w:type="dxa"/>
            </w:tcMar>
            <w:shd w:fill="FFFFFF"/>
            <w:vAlign w:val="center"/>
          </w:tcPr>
          <w:p w:rsidP="0EF2D338" w14:paraId="6C50171C" wp14:textId="77777777">
            <w:pPr>
              <w:spacing w:before="0" w:after="0"/>
              <w:rPr>
                <w:rFonts w:ascii="Arial" w:hAnsi="Arial"/>
                <w:b w:val="0"/>
                <w:bCs w:val="0"/>
                <w:i w:val="0"/>
                <w:iCs w:val="0"/>
                <w:noProof w:val="0"/>
                <w:color w:val="202428"/>
                <w:sz w:val="16"/>
                <w:szCs w:val="16"/>
                <w:lang w:val="nl-NL"/>
              </w:rPr>
            </w:pPr>
            <w:sdt>
              <w:sdtPr>
                <w:id w:val="500202"/>
                <w14:checkbox>
                  <w14:checked w14:val="0"/>
                  <w14:checkedState w14:val="2612" w14:font="MS Gothic"/>
                  <w14:uncheckedState w14:val="2610" w14:font="MS Gothic"/>
                </w14:checkbox>
                <w:alias w:val="ext_type_gegevens_11"/>
                <w:tag w:val="ext_type_gegevens_11"/>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Beeld/geluid</w:t>
            </w:r>
          </w:p>
        </w:tc>
        <w:tc>
          <w:tcPr>
            <w:tcW w:w="3439" w:type="dxa"/>
            <w:tcMar>
              <w:top w:w="80" w:type="dxa"/>
              <w:left w:w="120" w:type="dxa"/>
              <w:start w:w="120" w:type="dxa"/>
              <w:bottom w:w="80" w:type="dxa"/>
              <w:right w:w="120" w:type="dxa"/>
              <w:end w:w="120" w:type="dxa"/>
            </w:tcMar>
            <w:shd w:fill="FFFFFF"/>
            <w:vAlign w:val="center"/>
          </w:tcPr>
          <w:p w:rsidP="0EF2D338" w14:paraId="254A903D" wp14:textId="77777777">
            <w:pPr>
              <w:spacing w:before="0" w:after="0"/>
              <w:rPr>
                <w:rFonts w:ascii="Arial" w:hAnsi="Arial"/>
                <w:b w:val="0"/>
                <w:bCs w:val="0"/>
                <w:i w:val="0"/>
                <w:iCs w:val="0"/>
                <w:noProof w:val="0"/>
                <w:color w:val="202428"/>
                <w:sz w:val="16"/>
                <w:szCs w:val="16"/>
                <w:lang w:val="nl-NL"/>
              </w:rPr>
            </w:pPr>
            <w:sdt>
              <w:sdtPr>
                <w:id w:val="500203"/>
                <w14:checkbox>
                  <w14:checked w14:val="0"/>
                  <w14:checkedState w14:val="2612" w14:font="MS Gothic"/>
                  <w14:uncheckedState w14:val="2610" w14:font="MS Gothic"/>
                </w14:checkbox>
                <w:alias w:val="ext_type_gegevens_12"/>
                <w:tag w:val="ext_type_gegevens_12"/>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Anders/onbekend</w:t>
            </w:r>
          </w:p>
        </w:tc>
      </w:tr>
    </w:tbl>
    <w:p xmlns:wp14="http://schemas.microsoft.com/office/word/2010/wordml" w:rsidP="0EF2D338" w14:paraId="0E27B00A" wp14:textId="77777777">
      <w:pPr>
        <w:spacing w:after="80"/>
        <w:rPr>
          <w:noProof w:val="0"/>
          <w:lang w:val="nl-NL"/>
        </w:rPr>
      </w:pPr>
    </w:p>
    <w:tbl>
      <w:tblPr>
        <w:tblW w:w="10319" w:type="dxa"/>
        <w:jc w:val="center"/>
        <w:tblLayout w:type="fixed"/>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5188"/>
        <w:gridCol w:w="5188"/>
      </w:tblGrid>
      <w:tr xmlns:wp14="http://schemas.microsoft.com/office/word/2010/wordml" w:rsidTr="0EF2D338" w14:paraId="60262164" wp14:textId="77777777">
        <w:trPr>
          <w:cantSplit/>
        </w:trPr>
        <w:tc>
          <w:tcPr>
            <w:tcW w:w="2381" w:type="dxa"/>
            <w:tcMar>
              <w:top w:w="95" w:type="dxa"/>
              <w:left w:w="120" w:type="dxa"/>
              <w:start w:w="120" w:type="dxa"/>
              <w:bottom w:w="95" w:type="dxa"/>
              <w:right w:w="120" w:type="dxa"/>
              <w:end w:w="120" w:type="dxa"/>
            </w:tcMar>
            <w:vAlign w:val="center"/>
            <w:shd w:fill="F4F6F8"/>
          </w:tcPr>
          <w:p w:rsidP="0EF2D338" w14:paraId="2F1FE924" wp14:textId="77777777">
            <w:pPr>
              <w:spacing w:before="0" w:after="0"/>
              <w:rPr>
                <w:rFonts w:ascii="Arial" w:hAnsi="Arial"/>
                <w:b w:val="1"/>
                <w:bCs w:val="1"/>
                <w:i w:val="0"/>
                <w:iCs w:val="0"/>
                <w:noProof w:val="0"/>
                <w:color w:val="143B52"/>
                <w:sz w:val="17"/>
                <w:szCs w:val="17"/>
                <w:lang w:val="nl-NL"/>
              </w:rPr>
            </w:pPr>
            <w:r w:rsidRPr="0EF2D338" w:rsidR="0EF2D338">
              <w:rPr>
                <w:rFonts w:ascii="Arial" w:hAnsi="Arial"/>
                <w:b w:val="1"/>
                <w:bCs w:val="1"/>
                <w:i w:val="0"/>
                <w:iCs w:val="0"/>
                <w:noProof w:val="0"/>
                <w:color w:val="143B52"/>
                <w:sz w:val="17"/>
                <w:szCs w:val="17"/>
                <w:lang w:val="nl-NL"/>
              </w:rPr>
              <w:t>Aantal personen</w:t>
            </w:r>
          </w:p>
        </w:tc>
        <w:tc>
          <w:tcPr>
            <w:tcW w:w="7938" w:type="dxa"/>
            <w:tcMar>
              <w:top w:w="95" w:type="dxa"/>
              <w:left w:w="120" w:type="dxa"/>
              <w:start w:w="120" w:type="dxa"/>
              <w:bottom w:w="95" w:type="dxa"/>
              <w:right w:w="120" w:type="dxa"/>
              <w:end w:w="120" w:type="dxa"/>
            </w:tcMar>
            <w:vAlign w:val="center"/>
            <w:shd w:fill="FFFFFF"/>
          </w:tcPr>
          <w:p w:rsidP="0EF2D338" w14:paraId="794ED41B" wp14:textId="77777777">
            <w:pPr>
              <w:spacing w:before="0" w:after="40" w:line="252" w:lineRule="auto"/>
              <w:rPr>
                <w:rFonts w:ascii="Arial" w:hAnsi="Arial"/>
                <w:b w:val="0"/>
                <w:bCs w:val="0"/>
                <w:i w:val="0"/>
                <w:iCs w:val="0"/>
                <w:noProof w:val="0"/>
                <w:color w:val="202428"/>
                <w:sz w:val="16"/>
                <w:szCs w:val="16"/>
                <w:lang w:val="nl-NL"/>
              </w:rPr>
            </w:pPr>
            <w:sdt>
              <w:sdtPr>
                <w:id w:val="500204"/>
                <w14:checkbox>
                  <w14:checked w14:val="0"/>
                  <w14:checkedState w14:val="2612" w14:font="MS Gothic"/>
                  <w14:uncheckedState w14:val="2610" w14:font="MS Gothic"/>
                </w14:checkbox>
                <w:alias w:val="ext_aantal_personen_1"/>
                <w:tag w:val="ext_aantal_personen_1"/>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1</w:t>
            </w:r>
            <w:r w:rsidRPr="0EF2D338" w:rsidR="0EF2D338">
              <w:rPr>
                <w:rFonts w:ascii="Arial" w:hAnsi="Arial"/>
                <w:b w:val="0"/>
                <w:bCs w:val="0"/>
                <w:i w:val="0"/>
                <w:iCs w:val="0"/>
                <w:noProof w:val="0"/>
                <w:sz w:val="16"/>
                <w:szCs w:val="16"/>
                <w:lang w:val="nl-NL"/>
              </w:rPr>
              <w:t xml:space="preserve">   </w:t>
            </w:r>
            <w:sdt>
              <w:sdtPr>
                <w:id w:val="500205"/>
                <w14:checkbox>
                  <w14:checked w14:val="0"/>
                  <w14:checkedState w14:val="2612" w14:font="MS Gothic"/>
                  <w14:uncheckedState w14:val="2610" w14:font="MS Gothic"/>
                </w14:checkbox>
                <w:alias w:val="ext_aantal_personen_2"/>
                <w:tag w:val="ext_aantal_personen_2"/>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2-10</w:t>
            </w:r>
            <w:r w:rsidRPr="0EF2D338" w:rsidR="0EF2D338">
              <w:rPr>
                <w:rFonts w:ascii="Arial" w:hAnsi="Arial"/>
                <w:b w:val="0"/>
                <w:bCs w:val="0"/>
                <w:i w:val="0"/>
                <w:iCs w:val="0"/>
                <w:noProof w:val="0"/>
                <w:sz w:val="16"/>
                <w:szCs w:val="16"/>
                <w:lang w:val="nl-NL"/>
              </w:rPr>
              <w:t xml:space="preserve">   </w:t>
            </w:r>
            <w:sdt>
              <w:sdtPr>
                <w:id w:val="500206"/>
                <w14:checkbox>
                  <w14:checked w14:val="0"/>
                  <w14:checkedState w14:val="2612" w14:font="MS Gothic"/>
                  <w14:uncheckedState w14:val="2610" w14:font="MS Gothic"/>
                </w14:checkbox>
                <w:alias w:val="ext_aantal_personen_3"/>
                <w:tag w:val="ext_aantal_personen_3"/>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meer dan 10</w:t>
            </w:r>
            <w:r w:rsidRPr="0EF2D338" w:rsidR="0EF2D338">
              <w:rPr>
                <w:rFonts w:ascii="Arial" w:hAnsi="Arial"/>
                <w:b w:val="0"/>
                <w:bCs w:val="0"/>
                <w:i w:val="0"/>
                <w:iCs w:val="0"/>
                <w:noProof w:val="0"/>
                <w:sz w:val="16"/>
                <w:szCs w:val="16"/>
                <w:lang w:val="nl-NL"/>
              </w:rPr>
              <w:t xml:space="preserve">   </w:t>
            </w:r>
            <w:sdt>
              <w:sdtPr>
                <w:id w:val="500207"/>
                <w14:checkbox>
                  <w14:checked w14:val="0"/>
                  <w14:checkedState w14:val="2612" w14:font="MS Gothic"/>
                  <w14:uncheckedState w14:val="2610" w14:font="MS Gothic"/>
                </w14:checkbox>
                <w:alias w:val="ext_aantal_personen_4"/>
                <w:tag w:val="ext_aantal_personen_4"/>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onbekend</w:t>
            </w:r>
          </w:p>
        </w:tc>
      </w:tr>
    </w:tbl>
    <w:p xmlns:wp14="http://schemas.microsoft.com/office/word/2010/wordml" w:rsidP="0EF2D338" w14:paraId="60061E4C" wp14:textId="77777777">
      <w:pPr>
        <w:spacing w:after="80"/>
        <w:rPr>
          <w:noProof w:val="0"/>
          <w:lang w:val="nl-NL"/>
        </w:rPr>
      </w:pPr>
    </w:p>
    <w:tbl>
      <w:tblPr>
        <w:tblW w:w="10319" w:type="dxa"/>
        <w:jc w:val="center"/>
        <w:tblLook w:val="04A0" w:firstRow="1" w:lastRow="0" w:firstColumn="1" w:lastColumn="0" w:noHBand="0" w:noVBand="1"/>
        <w:tblBorders>
          <w:top w:val="single" w:color="5E3C99" w:sz="0" w:space="0"/>
          <w:left w:val="single" w:color="5E3C99" w:sz="0" w:space="0"/>
          <w:bottom w:val="single" w:color="5E3C99" w:sz="0" w:space="0"/>
          <w:right w:val="single" w:color="5E3C99" w:sz="0" w:space="0"/>
          <w:insideH w:val="single" w:color="5E3C99" w:sz="0" w:space="0"/>
          <w:insideV w:val="single" w:color="5E3C99" w:sz="0" w:space="0"/>
        </w:tblBorders>
      </w:tblPr>
      <w:tblGrid>
        <w:gridCol w:w="5188"/>
        <w:gridCol w:w="5188"/>
      </w:tblGrid>
      <w:tr xmlns:wp14="http://schemas.microsoft.com/office/word/2010/wordml" w:rsidTr="0EF2D338" w14:paraId="45093BAF" wp14:textId="77777777">
        <w:tc>
          <w:tcPr>
            <w:tcW w:w="907" w:type="dxa"/>
            <w:tcMar/>
            <w:vAlign w:val="center"/>
            <w:shd w:fill="5E3C99"/>
            <w:tcMar>
              <w:top w:w="90" w:type="dxa"/>
              <w:start w:w="140" w:type="dxa"/>
              <w:bottom w:w="90" w:type="dxa"/>
              <w:end w:w="140" w:type="dxa"/>
            </w:tcMar>
          </w:tcPr>
          <w:p w:rsidP="0EF2D338" w14:paraId="2598DEE6"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4</w:t>
            </w:r>
          </w:p>
        </w:tc>
        <w:tc>
          <w:tcPr>
            <w:tcW w:w="9412" w:type="dxa"/>
            <w:tcMar/>
            <w:vAlign w:val="center"/>
            <w:shd w:fill="5E3C99"/>
            <w:tcMar>
              <w:top w:w="90" w:type="dxa"/>
              <w:start w:w="140" w:type="dxa"/>
              <w:bottom w:w="90" w:type="dxa"/>
              <w:end w:w="140" w:type="dxa"/>
            </w:tcMar>
          </w:tcPr>
          <w:p w:rsidP="0EF2D338" w14:paraId="6AE71658"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Hoe is dit ontdekt?</w:t>
            </w:r>
          </w:p>
        </w:tc>
      </w:tr>
    </w:tbl>
    <w:p xmlns:wp14="http://schemas.microsoft.com/office/word/2010/wordml" w:rsidP="0EF2D338" w14:paraId="44EAFD9C" wp14:textId="77777777">
      <w:pPr>
        <w:keepNext w:val="1"/>
        <w:spacing w:before="0" w:after="40"/>
        <w:rPr>
          <w:noProof w:val="0"/>
          <w:lang w:val="nl-NL"/>
        </w:rPr>
      </w:pPr>
    </w:p>
    <w:p xmlns:wp14="http://schemas.microsoft.com/office/word/2010/wordml" w:rsidP="0EF2D338" w14:paraId="6E8EA19C" wp14:textId="77777777">
      <w:pPr>
        <w:spacing w:before="80" w:after="60"/>
        <w:rPr>
          <w:rFonts w:ascii="Arial" w:hAnsi="Arial"/>
          <w:b w:val="1"/>
          <w:bCs w:val="1"/>
          <w:i w:val="0"/>
          <w:iCs w:val="0"/>
          <w:noProof w:val="0"/>
          <w:color w:val="143B52"/>
          <w:sz w:val="18"/>
          <w:szCs w:val="18"/>
          <w:lang w:val="nl-NL"/>
        </w:rPr>
      </w:pPr>
      <w:r w:rsidRPr="0EF2D338" w:rsidR="0EF2D338">
        <w:rPr>
          <w:rFonts w:ascii="Arial" w:hAnsi="Arial"/>
          <w:b w:val="1"/>
          <w:bCs w:val="1"/>
          <w:i w:val="0"/>
          <w:iCs w:val="0"/>
          <w:noProof w:val="0"/>
          <w:color w:val="143B52"/>
          <w:sz w:val="18"/>
          <w:szCs w:val="18"/>
          <w:lang w:val="nl-NL"/>
        </w:rPr>
        <w:t>Wijze van ontdekking</w:t>
      </w:r>
    </w:p>
    <w:tbl>
      <w:tblPr>
        <w:tblW w:w="10319" w:type="dxa"/>
        <w:jc w:val="center"/>
        <w:tblLayout w:type="fixed"/>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5188"/>
        <w:gridCol w:w="5188"/>
      </w:tblGrid>
      <w:tr xmlns:wp14="http://schemas.microsoft.com/office/word/2010/wordml" w:rsidTr="0EF2D338" w14:paraId="198FCFDD" wp14:textId="77777777">
        <w:trPr>
          <w:cantSplit/>
        </w:trPr>
        <w:tc>
          <w:tcPr>
            <w:tcW w:w="5159" w:type="dxa"/>
            <w:tcMar>
              <w:top w:w="80" w:type="dxa"/>
              <w:left w:w="120" w:type="dxa"/>
              <w:start w:w="120" w:type="dxa"/>
              <w:bottom w:w="80" w:type="dxa"/>
              <w:right w:w="120" w:type="dxa"/>
              <w:end w:w="120" w:type="dxa"/>
            </w:tcMar>
            <w:shd w:fill="FFFFFF"/>
            <w:vAlign w:val="center"/>
          </w:tcPr>
          <w:p w:rsidP="0EF2D338" w14:paraId="01A9159A" wp14:textId="77777777">
            <w:pPr>
              <w:spacing w:before="0" w:after="0"/>
              <w:rPr>
                <w:rFonts w:ascii="Arial" w:hAnsi="Arial"/>
                <w:b w:val="0"/>
                <w:bCs w:val="0"/>
                <w:i w:val="0"/>
                <w:iCs w:val="0"/>
                <w:noProof w:val="0"/>
                <w:color w:val="202428"/>
                <w:sz w:val="16"/>
                <w:szCs w:val="16"/>
                <w:lang w:val="nl-NL"/>
              </w:rPr>
            </w:pPr>
            <w:sdt>
              <w:sdtPr>
                <w:id w:val="500208"/>
                <w14:checkbox>
                  <w14:checked w14:val="0"/>
                  <w14:checkedState w14:val="2612" w14:font="MS Gothic"/>
                  <w14:uncheckedState w14:val="2610" w14:font="MS Gothic"/>
                </w14:checkbox>
                <w:alias w:val="ext_hoe_ontdekt_1"/>
                <w:tag w:val="ext_hoe_ontdekt_1"/>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Per ongeluk e-mail/document ontvangen</w:t>
            </w:r>
          </w:p>
        </w:tc>
        <w:tc>
          <w:tcPr>
            <w:tcW w:w="5159" w:type="dxa"/>
            <w:tcMar>
              <w:top w:w="80" w:type="dxa"/>
              <w:left w:w="120" w:type="dxa"/>
              <w:start w:w="120" w:type="dxa"/>
              <w:bottom w:w="80" w:type="dxa"/>
              <w:right w:w="120" w:type="dxa"/>
              <w:end w:w="120" w:type="dxa"/>
            </w:tcMar>
            <w:shd w:fill="FFFFFF"/>
            <w:vAlign w:val="center"/>
          </w:tcPr>
          <w:p w:rsidP="0EF2D338" w14:paraId="0C51B2E3" wp14:textId="77777777">
            <w:pPr>
              <w:spacing w:before="0" w:after="0"/>
              <w:rPr>
                <w:rFonts w:ascii="Arial" w:hAnsi="Arial"/>
                <w:b w:val="0"/>
                <w:bCs w:val="0"/>
                <w:i w:val="0"/>
                <w:iCs w:val="0"/>
                <w:noProof w:val="0"/>
                <w:color w:val="202428"/>
                <w:sz w:val="16"/>
                <w:szCs w:val="16"/>
                <w:lang w:val="nl-NL"/>
              </w:rPr>
            </w:pPr>
            <w:sdt>
              <w:sdtPr>
                <w:id w:val="500209"/>
                <w14:checkbox>
                  <w14:checked w14:val="0"/>
                  <w14:checkedState w14:val="2612" w14:font="MS Gothic"/>
                  <w14:uncheckedState w14:val="2610" w14:font="MS Gothic"/>
                </w14:checkbox>
                <w:alias w:val="ext_hoe_ontdekt_2"/>
                <w:tag w:val="ext_hoe_ontdekt_2"/>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Verkeerde geadresseerde of bijlage</w:t>
            </w:r>
          </w:p>
        </w:tc>
      </w:tr>
      <w:tr xmlns:wp14="http://schemas.microsoft.com/office/word/2010/wordml" w:rsidTr="0EF2D338" w14:paraId="068FF9DE" wp14:textId="77777777">
        <w:trPr>
          <w:cantSplit/>
        </w:trPr>
        <w:tc>
          <w:tcPr>
            <w:tcW w:w="5159" w:type="dxa"/>
            <w:tcMar>
              <w:top w:w="80" w:type="dxa"/>
              <w:left w:w="120" w:type="dxa"/>
              <w:start w:w="120" w:type="dxa"/>
              <w:bottom w:w="80" w:type="dxa"/>
              <w:right w:w="120" w:type="dxa"/>
              <w:end w:w="120" w:type="dxa"/>
            </w:tcMar>
            <w:shd w:fill="FFFFFF"/>
            <w:vAlign w:val="center"/>
          </w:tcPr>
          <w:p w:rsidP="0EF2D338" w14:paraId="66282CA2" wp14:textId="77777777">
            <w:pPr>
              <w:spacing w:before="0" w:after="0"/>
              <w:rPr>
                <w:rFonts w:ascii="Arial" w:hAnsi="Arial"/>
                <w:b w:val="0"/>
                <w:bCs w:val="0"/>
                <w:i w:val="0"/>
                <w:iCs w:val="0"/>
                <w:noProof w:val="0"/>
                <w:color w:val="202428"/>
                <w:sz w:val="16"/>
                <w:szCs w:val="16"/>
                <w:lang w:val="nl-NL"/>
              </w:rPr>
            </w:pPr>
            <w:sdt>
              <w:sdtPr>
                <w:id w:val="500210"/>
                <w14:checkbox>
                  <w14:checked w14:val="0"/>
                  <w14:checkedState w14:val="2612" w14:font="MS Gothic"/>
                  <w14:uncheckedState w14:val="2610" w14:font="MS Gothic"/>
                </w14:checkbox>
                <w:alias w:val="ext_hoe_ontdekt_3"/>
                <w:tag w:val="ext_hoe_ontdekt_3"/>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Openbare link/bestand gevonden</w:t>
            </w:r>
          </w:p>
        </w:tc>
        <w:tc>
          <w:tcPr>
            <w:tcW w:w="5159" w:type="dxa"/>
            <w:tcMar>
              <w:top w:w="80" w:type="dxa"/>
              <w:left w:w="120" w:type="dxa"/>
              <w:start w:w="120" w:type="dxa"/>
              <w:bottom w:w="80" w:type="dxa"/>
              <w:right w:w="120" w:type="dxa"/>
              <w:end w:w="120" w:type="dxa"/>
            </w:tcMar>
            <w:shd w:fill="FFFFFF"/>
            <w:vAlign w:val="center"/>
          </w:tcPr>
          <w:p w:rsidP="0EF2D338" w14:paraId="0AE436DD" wp14:textId="77777777">
            <w:pPr>
              <w:spacing w:before="0" w:after="0"/>
              <w:rPr>
                <w:rFonts w:ascii="Arial" w:hAnsi="Arial"/>
                <w:b w:val="0"/>
                <w:bCs w:val="0"/>
                <w:i w:val="0"/>
                <w:iCs w:val="0"/>
                <w:noProof w:val="0"/>
                <w:color w:val="202428"/>
                <w:sz w:val="16"/>
                <w:szCs w:val="16"/>
                <w:lang w:val="nl-NL"/>
              </w:rPr>
            </w:pPr>
            <w:sdt>
              <w:sdtPr>
                <w:id w:val="500211"/>
                <w14:checkbox>
                  <w14:checked w14:val="0"/>
                  <w14:checkedState w14:val="2612" w14:font="MS Gothic"/>
                  <w14:uncheckedState w14:val="2610" w14:font="MS Gothic"/>
                </w14:checkbox>
                <w:alias w:val="ext_hoe_ontdekt_4"/>
                <w:tag w:val="ext_hoe_ontdekt_4"/>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Zichtbaar op website of portaal</w:t>
            </w:r>
          </w:p>
        </w:tc>
      </w:tr>
      <w:tr xmlns:wp14="http://schemas.microsoft.com/office/word/2010/wordml" w:rsidTr="0EF2D338" w14:paraId="4A373197" wp14:textId="77777777">
        <w:trPr>
          <w:cantSplit/>
        </w:trPr>
        <w:tc>
          <w:tcPr>
            <w:tcW w:w="5159" w:type="dxa"/>
            <w:tcMar>
              <w:top w:w="80" w:type="dxa"/>
              <w:left w:w="120" w:type="dxa"/>
              <w:start w:w="120" w:type="dxa"/>
              <w:bottom w:w="80" w:type="dxa"/>
              <w:right w:w="120" w:type="dxa"/>
              <w:end w:w="120" w:type="dxa"/>
            </w:tcMar>
            <w:shd w:fill="FFFFFF"/>
            <w:vAlign w:val="center"/>
          </w:tcPr>
          <w:p w:rsidP="0EF2D338" w14:paraId="33FFC613" wp14:textId="77777777">
            <w:pPr>
              <w:spacing w:before="0" w:after="0"/>
              <w:rPr>
                <w:rFonts w:ascii="Arial" w:hAnsi="Arial"/>
                <w:b w:val="0"/>
                <w:bCs w:val="0"/>
                <w:i w:val="0"/>
                <w:iCs w:val="0"/>
                <w:noProof w:val="0"/>
                <w:color w:val="202428"/>
                <w:sz w:val="16"/>
                <w:szCs w:val="16"/>
                <w:lang w:val="nl-NL"/>
              </w:rPr>
            </w:pPr>
            <w:sdt>
              <w:sdtPr>
                <w:id w:val="500212"/>
                <w14:checkbox>
                  <w14:checked w14:val="0"/>
                  <w14:checkedState w14:val="2612" w14:font="MS Gothic"/>
                  <w14:uncheckedState w14:val="2610" w14:font="MS Gothic"/>
                </w14:checkbox>
                <w:alias w:val="ext_hoe_ontdekt_5"/>
                <w:tag w:val="ext_hoe_ontdekt_5"/>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Kwetsbaarheid vermoed</w:t>
            </w:r>
          </w:p>
        </w:tc>
        <w:tc>
          <w:tcPr>
            <w:tcW w:w="5159" w:type="dxa"/>
            <w:tcMar>
              <w:top w:w="80" w:type="dxa"/>
              <w:left w:w="120" w:type="dxa"/>
              <w:start w:w="120" w:type="dxa"/>
              <w:bottom w:w="80" w:type="dxa"/>
              <w:right w:w="120" w:type="dxa"/>
              <w:end w:w="120" w:type="dxa"/>
            </w:tcMar>
            <w:shd w:fill="FFFFFF"/>
            <w:vAlign w:val="center"/>
          </w:tcPr>
          <w:p w:rsidP="0EF2D338" w14:paraId="7B732CE2" wp14:textId="77777777">
            <w:pPr>
              <w:spacing w:before="0" w:after="0"/>
              <w:rPr>
                <w:rFonts w:ascii="Arial" w:hAnsi="Arial"/>
                <w:b w:val="0"/>
                <w:bCs w:val="0"/>
                <w:i w:val="0"/>
                <w:iCs w:val="0"/>
                <w:noProof w:val="0"/>
                <w:color w:val="202428"/>
                <w:sz w:val="16"/>
                <w:szCs w:val="16"/>
                <w:lang w:val="nl-NL"/>
              </w:rPr>
            </w:pPr>
            <w:sdt>
              <w:sdtPr>
                <w:id w:val="500213"/>
                <w14:checkbox>
                  <w14:checked w14:val="0"/>
                  <w14:checkedState w14:val="2612" w14:font="MS Gothic"/>
                  <w14:uncheckedState w14:val="2610" w14:font="MS Gothic"/>
                </w14:checkbox>
                <w:alias w:val="ext_hoe_ontdekt_6"/>
                <w:tag w:val="ext_hoe_ontdekt_6"/>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Via zoekmachine/externe dienst</w:t>
            </w:r>
          </w:p>
        </w:tc>
      </w:tr>
      <w:tr xmlns:wp14="http://schemas.microsoft.com/office/word/2010/wordml" w:rsidTr="0EF2D338" w14:paraId="4CE402BD" wp14:textId="77777777">
        <w:trPr>
          <w:cantSplit/>
        </w:trPr>
        <w:tc>
          <w:tcPr>
            <w:tcW w:w="5159" w:type="dxa"/>
            <w:tcMar>
              <w:top w:w="80" w:type="dxa"/>
              <w:left w:w="120" w:type="dxa"/>
              <w:start w:w="120" w:type="dxa"/>
              <w:bottom w:w="80" w:type="dxa"/>
              <w:right w:w="120" w:type="dxa"/>
              <w:end w:w="120" w:type="dxa"/>
            </w:tcMar>
            <w:shd w:fill="FFFFFF"/>
            <w:vAlign w:val="center"/>
          </w:tcPr>
          <w:p w:rsidP="0EF2D338" w14:paraId="463D6F2A" wp14:textId="77777777">
            <w:pPr>
              <w:spacing w:before="0" w:after="0"/>
              <w:rPr>
                <w:rFonts w:ascii="Arial" w:hAnsi="Arial"/>
                <w:b w:val="0"/>
                <w:bCs w:val="0"/>
                <w:i w:val="0"/>
                <w:iCs w:val="0"/>
                <w:noProof w:val="0"/>
                <w:color w:val="202428"/>
                <w:sz w:val="16"/>
                <w:szCs w:val="16"/>
                <w:lang w:val="nl-NL"/>
              </w:rPr>
            </w:pPr>
            <w:sdt>
              <w:sdtPr>
                <w:id w:val="500214"/>
                <w14:checkbox>
                  <w14:checked w14:val="0"/>
                  <w14:checkedState w14:val="2612" w14:font="MS Gothic"/>
                  <w14:uncheckedState w14:val="2610" w14:font="MS Gothic"/>
                </w14:checkbox>
                <w:alias w:val="ext_hoe_ontdekt_7"/>
                <w:tag w:val="ext_hoe_ontdekt_7"/>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Van iemand anders ontvangen</w:t>
            </w:r>
          </w:p>
        </w:tc>
        <w:tc>
          <w:tcPr>
            <w:tcW w:w="5159" w:type="dxa"/>
            <w:tcMar>
              <w:top w:w="80" w:type="dxa"/>
              <w:left w:w="120" w:type="dxa"/>
              <w:start w:w="120" w:type="dxa"/>
              <w:bottom w:w="80" w:type="dxa"/>
              <w:right w:w="120" w:type="dxa"/>
              <w:end w:w="120" w:type="dxa"/>
            </w:tcMar>
            <w:shd w:fill="FFFFFF"/>
            <w:vAlign w:val="center"/>
          </w:tcPr>
          <w:p w:rsidP="0EF2D338" w14:paraId="4413C051" wp14:textId="77777777">
            <w:pPr>
              <w:spacing w:before="0" w:after="0"/>
              <w:rPr>
                <w:rFonts w:ascii="Arial" w:hAnsi="Arial"/>
                <w:b w:val="0"/>
                <w:bCs w:val="0"/>
                <w:i w:val="0"/>
                <w:iCs w:val="0"/>
                <w:noProof w:val="0"/>
                <w:color w:val="202428"/>
                <w:sz w:val="16"/>
                <w:szCs w:val="16"/>
                <w:lang w:val="nl-NL"/>
              </w:rPr>
            </w:pPr>
            <w:sdt>
              <w:sdtPr>
                <w:id w:val="500215"/>
                <w14:checkbox>
                  <w14:checked w14:val="0"/>
                  <w14:checkedState w14:val="2612" w14:font="MS Gothic"/>
                  <w14:uncheckedState w14:val="2610" w14:font="MS Gothic"/>
                </w14:checkbox>
                <w:alias w:val="ext_hoe_ontdekt_8"/>
                <w:tag w:val="ext_hoe_ontdekt_8"/>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Anders, namelijk</w:t>
            </w:r>
          </w:p>
        </w:tc>
      </w:tr>
    </w:tbl>
    <w:p xmlns:wp14="http://schemas.microsoft.com/office/word/2010/wordml" w:rsidP="0EF2D338" w14:paraId="4B94D5A5" wp14:textId="77777777">
      <w:pPr>
        <w:spacing w:after="80"/>
        <w:rPr>
          <w:noProof w:val="0"/>
          <w:lang w:val="nl-NL"/>
        </w:rPr>
      </w:pPr>
    </w:p>
    <w:tbl>
      <w:tblPr>
        <w:tblW w:w="10319" w:type="dxa"/>
        <w:jc w:val="center"/>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10376"/>
      </w:tblGrid>
      <w:tr xmlns:wp14="http://schemas.microsoft.com/office/word/2010/wordml" w:rsidTr="0EF2D338" w14:paraId="16BFA959" wp14:textId="77777777">
        <w:tc>
          <w:tcPr>
            <w:tcW w:w="10376" w:type="dxa"/>
            <w:shd w:val="clear" w:color="auto" w:fill="F4F6F8"/>
            <w:tcMar>
              <w:top w:w="90" w:type="dxa"/>
              <w:left w:w="120" w:type="dxa"/>
              <w:start w:w="120" w:type="dxa"/>
              <w:bottom w:w="90" w:type="dxa"/>
              <w:right w:w="120" w:type="dxa"/>
              <w:end w:w="120" w:type="dxa"/>
            </w:tcMar>
            <w:vAlign w:val="center"/>
          </w:tcPr>
          <w:p w:rsidP="0EF2D338" w14:paraId="18032A74" wp14:textId="77777777">
            <w:pPr>
              <w:spacing w:before="0" w:after="0"/>
              <w:rPr>
                <w:rFonts w:ascii="Arial" w:hAnsi="Arial"/>
                <w:b w:val="1"/>
                <w:bCs w:val="1"/>
                <w:i w:val="0"/>
                <w:iCs w:val="0"/>
                <w:noProof w:val="0"/>
                <w:color w:val="143B52"/>
                <w:sz w:val="17"/>
                <w:szCs w:val="17"/>
                <w:lang w:val="nl-NL"/>
              </w:rPr>
            </w:pPr>
            <w:r w:rsidRPr="0EF2D338" w:rsidR="0EF2D338">
              <w:rPr>
                <w:rFonts w:ascii="Arial" w:hAnsi="Arial"/>
                <w:b w:val="1"/>
                <w:bCs w:val="1"/>
                <w:i w:val="0"/>
                <w:iCs w:val="0"/>
                <w:noProof w:val="0"/>
                <w:color w:val="143B52"/>
                <w:sz w:val="17"/>
                <w:szCs w:val="17"/>
                <w:lang w:val="nl-NL"/>
              </w:rPr>
              <w:t>Toelichting</w:t>
            </w:r>
          </w:p>
        </w:tc>
      </w:tr>
      <w:tr xmlns:wp14="http://schemas.microsoft.com/office/word/2010/wordml" w:rsidTr="0EF2D338" w14:paraId="3340314D" wp14:textId="77777777">
        <w:trPr>
          <w:trHeight w:val="900" w:hRule="atLeast"/>
        </w:trPr>
        <w:tc>
          <w:tcPr>
            <w:tcW w:w="10376" w:type="dxa"/>
            <w:tcMar>
              <w:top w:w="110" w:type="dxa"/>
              <w:left w:w="130" w:type="dxa"/>
              <w:start w:w="130" w:type="dxa"/>
              <w:bottom w:w="110" w:type="dxa"/>
              <w:right w:w="130" w:type="dxa"/>
              <w:end w:w="130" w:type="dxa"/>
            </w:tcMar>
            <w:vAlign w:val="top"/>
          </w:tcPr>
          <w:p w:rsidP="0EF2D338" w14:paraId="600CCB02" wp14:textId="77777777">
            <w:pPr>
              <w:spacing w:before="0" w:after="0"/>
              <w:rPr>
                <w:rFonts w:ascii="Arial" w:hAnsi="Arial"/>
                <w:noProof w:val="0"/>
                <w:color w:val="7A7A7A"/>
                <w:lang w:val="nl-NL"/>
              </w:rPr>
            </w:pPr>
            <w:sdt>
              <w:sdtPr>
                <w:id w:val="500216"/>
                <w:text/>
                <w:alias w:val="ext_toelichting_ontdekking"/>
                <w:tag w:val="ext_toelichting_ontdekking"/>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Beschrijf hoe u dit ontdekte en welke handelingen u zelf heeft uitgevoerd.</w:t>
                </w:r>
              </w:sdtContent>
            </w:sdt>
          </w:p>
        </w:tc>
      </w:tr>
    </w:tbl>
    <w:p xmlns:wp14="http://schemas.microsoft.com/office/word/2010/wordml" w:rsidP="0EF2D338" w14:paraId="3DEEC669" wp14:textId="77777777">
      <w:pPr>
        <w:spacing w:after="80"/>
        <w:rPr>
          <w:noProof w:val="0"/>
          <w:lang w:val="nl-NL"/>
        </w:rPr>
      </w:pPr>
    </w:p>
    <w:tbl>
      <w:tblPr>
        <w:tblW w:w="10319" w:type="dxa"/>
        <w:jc w:val="center"/>
        <w:tblLook w:val="04A0" w:firstRow="1" w:lastRow="0" w:firstColumn="1" w:lastColumn="0" w:noHBand="0" w:noVBand="1"/>
        <w:tblBorders>
          <w:top w:val="single" w:color="5E3C99" w:sz="0" w:space="0"/>
          <w:left w:val="single" w:color="5E3C99" w:sz="0" w:space="0"/>
          <w:bottom w:val="single" w:color="5E3C99" w:sz="0" w:space="0"/>
          <w:right w:val="single" w:color="5E3C99" w:sz="0" w:space="0"/>
          <w:insideH w:val="single" w:color="5E3C99" w:sz="0" w:space="0"/>
          <w:insideV w:val="single" w:color="5E3C99" w:sz="0" w:space="0"/>
        </w:tblBorders>
      </w:tblPr>
      <w:tblGrid>
        <w:gridCol w:w="5188"/>
        <w:gridCol w:w="5188"/>
      </w:tblGrid>
      <w:tr xmlns:wp14="http://schemas.microsoft.com/office/word/2010/wordml" w:rsidTr="0EF2D338" w14:paraId="138A637C" wp14:textId="77777777">
        <w:tc>
          <w:tcPr>
            <w:tcW w:w="907" w:type="dxa"/>
            <w:tcMar/>
            <w:vAlign w:val="center"/>
            <w:shd w:fill="5E3C99"/>
            <w:tcMar>
              <w:top w:w="90" w:type="dxa"/>
              <w:start w:w="140" w:type="dxa"/>
              <w:bottom w:w="90" w:type="dxa"/>
              <w:end w:w="140" w:type="dxa"/>
            </w:tcMar>
          </w:tcPr>
          <w:p w:rsidP="0EF2D338" w14:paraId="78941E47"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5</w:t>
            </w:r>
          </w:p>
        </w:tc>
        <w:tc>
          <w:tcPr>
            <w:tcW w:w="9412" w:type="dxa"/>
            <w:tcMar/>
            <w:vAlign w:val="center"/>
            <w:shd w:fill="5E3C99"/>
            <w:tcMar>
              <w:top w:w="90" w:type="dxa"/>
              <w:start w:w="140" w:type="dxa"/>
              <w:bottom w:w="90" w:type="dxa"/>
              <w:end w:w="140" w:type="dxa"/>
            </w:tcMar>
          </w:tcPr>
          <w:p w:rsidP="0EF2D338" w14:paraId="5740D132"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Wat heeft u al gedaan en wat stuurt u mee?</w:t>
            </w:r>
          </w:p>
        </w:tc>
      </w:tr>
    </w:tbl>
    <w:p xmlns:wp14="http://schemas.microsoft.com/office/word/2010/wordml" w:rsidP="0EF2D338" w14:paraId="3656B9AB" wp14:textId="77777777">
      <w:pPr>
        <w:keepNext w:val="1"/>
        <w:spacing w:before="0" w:after="40"/>
        <w:rPr>
          <w:noProof w:val="0"/>
          <w:lang w:val="nl-NL"/>
        </w:rPr>
      </w:pPr>
    </w:p>
    <w:p xmlns:wp14="http://schemas.microsoft.com/office/word/2010/wordml" w:rsidP="0EF2D338" w14:paraId="21A7AEA3" wp14:textId="77777777">
      <w:pPr>
        <w:spacing w:before="80" w:after="60"/>
        <w:rPr>
          <w:rFonts w:ascii="Arial" w:hAnsi="Arial"/>
          <w:b w:val="1"/>
          <w:bCs w:val="1"/>
          <w:i w:val="0"/>
          <w:iCs w:val="0"/>
          <w:noProof w:val="0"/>
          <w:color w:val="143B52"/>
          <w:sz w:val="18"/>
          <w:szCs w:val="18"/>
          <w:lang w:val="nl-NL"/>
        </w:rPr>
      </w:pPr>
      <w:r w:rsidRPr="0EF2D338" w:rsidR="0EF2D338">
        <w:rPr>
          <w:rFonts w:ascii="Arial" w:hAnsi="Arial"/>
          <w:b w:val="1"/>
          <w:bCs w:val="1"/>
          <w:i w:val="0"/>
          <w:iCs w:val="0"/>
          <w:noProof w:val="0"/>
          <w:color w:val="143B52"/>
          <w:sz w:val="18"/>
          <w:szCs w:val="18"/>
          <w:lang w:val="nl-NL"/>
        </w:rPr>
        <w:t>Reeds ondernomen acties</w:t>
      </w:r>
    </w:p>
    <w:tbl>
      <w:tblPr>
        <w:tblW w:w="10319" w:type="dxa"/>
        <w:jc w:val="center"/>
        <w:tblLayout w:type="fixed"/>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5188"/>
        <w:gridCol w:w="5188"/>
      </w:tblGrid>
      <w:tr xmlns:wp14="http://schemas.microsoft.com/office/word/2010/wordml" w:rsidTr="0EF2D338" w14:paraId="142A356E" wp14:textId="77777777">
        <w:trPr>
          <w:cantSplit/>
        </w:trPr>
        <w:tc>
          <w:tcPr>
            <w:tcW w:w="5159" w:type="dxa"/>
            <w:tcMar>
              <w:top w:w="80" w:type="dxa"/>
              <w:left w:w="120" w:type="dxa"/>
              <w:start w:w="120" w:type="dxa"/>
              <w:bottom w:w="80" w:type="dxa"/>
              <w:right w:w="120" w:type="dxa"/>
              <w:end w:w="120" w:type="dxa"/>
            </w:tcMar>
            <w:shd w:fill="FFFFFF"/>
            <w:vAlign w:val="center"/>
          </w:tcPr>
          <w:p w:rsidP="0EF2D338" w14:paraId="4BE8F24D" wp14:textId="77777777">
            <w:pPr>
              <w:spacing w:before="0" w:after="0"/>
              <w:rPr>
                <w:rFonts w:ascii="Arial" w:hAnsi="Arial"/>
                <w:b w:val="0"/>
                <w:bCs w:val="0"/>
                <w:i w:val="0"/>
                <w:iCs w:val="0"/>
                <w:noProof w:val="0"/>
                <w:color w:val="202428"/>
                <w:sz w:val="16"/>
                <w:szCs w:val="16"/>
                <w:lang w:val="nl-NL"/>
              </w:rPr>
            </w:pPr>
            <w:sdt>
              <w:sdtPr>
                <w:id w:val="500217"/>
                <w14:checkbox>
                  <w14:checked w14:val="0"/>
                  <w14:checkedState w14:val="2612" w14:font="MS Gothic"/>
                  <w14:uncheckedState w14:val="2610" w14:font="MS Gothic"/>
                </w14:checkbox>
                <w:alias w:val="ext_reeds_gedaan_1"/>
                <w:tag w:val="ext_reeds_gedaan_1"/>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Niet verder gedeeld</w:t>
            </w:r>
          </w:p>
        </w:tc>
        <w:tc>
          <w:tcPr>
            <w:tcW w:w="5159" w:type="dxa"/>
            <w:tcMar>
              <w:top w:w="80" w:type="dxa"/>
              <w:left w:w="120" w:type="dxa"/>
              <w:start w:w="120" w:type="dxa"/>
              <w:bottom w:w="80" w:type="dxa"/>
              <w:right w:w="120" w:type="dxa"/>
              <w:end w:w="120" w:type="dxa"/>
            </w:tcMar>
            <w:shd w:fill="FFFFFF"/>
            <w:vAlign w:val="center"/>
          </w:tcPr>
          <w:p w:rsidP="0EF2D338" w14:paraId="4ECEC12F" wp14:textId="77777777">
            <w:pPr>
              <w:spacing w:before="0" w:after="0"/>
              <w:rPr>
                <w:rFonts w:ascii="Arial" w:hAnsi="Arial"/>
                <w:b w:val="0"/>
                <w:bCs w:val="0"/>
                <w:i w:val="0"/>
                <w:iCs w:val="0"/>
                <w:noProof w:val="0"/>
                <w:color w:val="202428"/>
                <w:sz w:val="16"/>
                <w:szCs w:val="16"/>
                <w:lang w:val="nl-NL"/>
              </w:rPr>
            </w:pPr>
            <w:sdt>
              <w:sdtPr>
                <w:id w:val="500218"/>
                <w14:checkbox>
                  <w14:checked w14:val="0"/>
                  <w14:checkedState w14:val="2612" w14:font="MS Gothic"/>
                  <w14:uncheckedState w14:val="2610" w14:font="MS Gothic"/>
                </w14:checkbox>
                <w:alias w:val="ext_reeds_gedaan_2"/>
                <w:tag w:val="ext_reeds_gedaan_2"/>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Elazorg als eerste geïnformeerd</w:t>
            </w:r>
          </w:p>
        </w:tc>
      </w:tr>
      <w:tr xmlns:wp14="http://schemas.microsoft.com/office/word/2010/wordml" w:rsidTr="0EF2D338" w14:paraId="0FCB044E" wp14:textId="77777777">
        <w:trPr>
          <w:cantSplit/>
        </w:trPr>
        <w:tc>
          <w:tcPr>
            <w:tcW w:w="5159" w:type="dxa"/>
            <w:tcMar>
              <w:top w:w="80" w:type="dxa"/>
              <w:left w:w="120" w:type="dxa"/>
              <w:start w:w="120" w:type="dxa"/>
              <w:bottom w:w="80" w:type="dxa"/>
              <w:right w:w="120" w:type="dxa"/>
              <w:end w:w="120" w:type="dxa"/>
            </w:tcMar>
            <w:shd w:fill="FFFFFF"/>
            <w:vAlign w:val="center"/>
          </w:tcPr>
          <w:p w:rsidP="0EF2D338" w14:paraId="6449D96C" wp14:textId="77777777">
            <w:pPr>
              <w:spacing w:before="0" w:after="0"/>
              <w:rPr>
                <w:rFonts w:ascii="Arial" w:hAnsi="Arial"/>
                <w:b w:val="0"/>
                <w:bCs w:val="0"/>
                <w:i w:val="0"/>
                <w:iCs w:val="0"/>
                <w:noProof w:val="0"/>
                <w:color w:val="202428"/>
                <w:sz w:val="16"/>
                <w:szCs w:val="16"/>
                <w:lang w:val="nl-NL"/>
              </w:rPr>
            </w:pPr>
            <w:sdt>
              <w:sdtPr>
                <w:id w:val="500219"/>
                <w14:checkbox>
                  <w14:checked w14:val="0"/>
                  <w14:checkedState w14:val="2612" w14:font="MS Gothic"/>
                  <w14:uncheckedState w14:val="2610" w14:font="MS Gothic"/>
                </w14:checkbox>
                <w:alias w:val="ext_reeds_gedaan_3"/>
                <w:tag w:val="ext_reeds_gedaan_3"/>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Beperkt bewijsstuk bewaard</w:t>
            </w:r>
          </w:p>
        </w:tc>
        <w:tc>
          <w:tcPr>
            <w:tcW w:w="5159" w:type="dxa"/>
            <w:tcMar>
              <w:top w:w="80" w:type="dxa"/>
              <w:left w:w="120" w:type="dxa"/>
              <w:start w:w="120" w:type="dxa"/>
              <w:bottom w:w="80" w:type="dxa"/>
              <w:right w:w="120" w:type="dxa"/>
              <w:end w:w="120" w:type="dxa"/>
            </w:tcMar>
            <w:shd w:fill="FFFFFF"/>
            <w:vAlign w:val="center"/>
          </w:tcPr>
          <w:p w:rsidP="0EF2D338" w14:paraId="48FBD226" wp14:textId="77777777">
            <w:pPr>
              <w:spacing w:before="0" w:after="0"/>
              <w:rPr>
                <w:rFonts w:ascii="Arial" w:hAnsi="Arial"/>
                <w:b w:val="0"/>
                <w:bCs w:val="0"/>
                <w:i w:val="0"/>
                <w:iCs w:val="0"/>
                <w:noProof w:val="0"/>
                <w:color w:val="202428"/>
                <w:sz w:val="16"/>
                <w:szCs w:val="16"/>
                <w:lang w:val="nl-NL"/>
              </w:rPr>
            </w:pPr>
            <w:sdt>
              <w:sdtPr>
                <w:id w:val="500220"/>
                <w14:checkbox>
                  <w14:checked w14:val="0"/>
                  <w14:checkedState w14:val="2612" w14:font="MS Gothic"/>
                  <w14:uncheckedState w14:val="2610" w14:font="MS Gothic"/>
                </w14:checkbox>
                <w:alias w:val="ext_reeds_gedaan_4"/>
                <w:tag w:val="ext_reeds_gedaan_4"/>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Geen lokale kopie opgeslagen</w:t>
            </w:r>
          </w:p>
        </w:tc>
      </w:tr>
      <w:tr xmlns:wp14="http://schemas.microsoft.com/office/word/2010/wordml" w:rsidTr="0EF2D338" w14:paraId="75D3D60B" wp14:textId="77777777">
        <w:trPr>
          <w:cantSplit/>
        </w:trPr>
        <w:tc>
          <w:tcPr>
            <w:tcW w:w="5159" w:type="dxa"/>
            <w:tcMar>
              <w:top w:w="80" w:type="dxa"/>
              <w:left w:w="120" w:type="dxa"/>
              <w:start w:w="120" w:type="dxa"/>
              <w:bottom w:w="80" w:type="dxa"/>
              <w:right w:w="120" w:type="dxa"/>
              <w:end w:w="120" w:type="dxa"/>
            </w:tcMar>
            <w:shd w:fill="FFFFFF"/>
            <w:vAlign w:val="center"/>
          </w:tcPr>
          <w:p w:rsidP="0EF2D338" w14:paraId="72276A05" wp14:textId="77777777">
            <w:pPr>
              <w:spacing w:before="0" w:after="0"/>
              <w:rPr>
                <w:rFonts w:ascii="Arial" w:hAnsi="Arial"/>
                <w:b w:val="0"/>
                <w:bCs w:val="0"/>
                <w:i w:val="0"/>
                <w:iCs w:val="0"/>
                <w:noProof w:val="0"/>
                <w:color w:val="202428"/>
                <w:sz w:val="16"/>
                <w:szCs w:val="16"/>
                <w:lang w:val="nl-NL"/>
              </w:rPr>
            </w:pPr>
            <w:sdt>
              <w:sdtPr>
                <w:id w:val="500221"/>
                <w14:checkbox>
                  <w14:checked w14:val="0"/>
                  <w14:checkedState w14:val="2612" w14:font="MS Gothic"/>
                  <w14:uncheckedState w14:val="2610" w14:font="MS Gothic"/>
                </w14:checkbox>
                <w:alias w:val="ext_reeds_gedaan_5"/>
                <w:tag w:val="ext_reeds_gedaan_5"/>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Bron/afzender ook geïnformeerd</w:t>
            </w:r>
          </w:p>
        </w:tc>
        <w:tc>
          <w:tcPr>
            <w:tcW w:w="5159" w:type="dxa"/>
            <w:tcMar>
              <w:top w:w="80" w:type="dxa"/>
              <w:left w:w="120" w:type="dxa"/>
              <w:start w:w="120" w:type="dxa"/>
              <w:bottom w:w="80" w:type="dxa"/>
              <w:right w:w="120" w:type="dxa"/>
              <w:end w:w="120" w:type="dxa"/>
            </w:tcMar>
            <w:shd w:fill="FFFFFF"/>
            <w:vAlign w:val="center"/>
          </w:tcPr>
          <w:p w:rsidP="0EF2D338" w14:paraId="23152C0E" wp14:textId="77777777">
            <w:pPr>
              <w:spacing w:before="0" w:after="0"/>
              <w:rPr>
                <w:rFonts w:ascii="Arial" w:hAnsi="Arial"/>
                <w:b w:val="0"/>
                <w:bCs w:val="0"/>
                <w:i w:val="0"/>
                <w:iCs w:val="0"/>
                <w:noProof w:val="0"/>
                <w:color w:val="202428"/>
                <w:sz w:val="16"/>
                <w:szCs w:val="16"/>
                <w:lang w:val="nl-NL"/>
              </w:rPr>
            </w:pPr>
            <w:sdt>
              <w:sdtPr>
                <w:id w:val="500222"/>
                <w14:checkbox>
                  <w14:checked w14:val="0"/>
                  <w14:checkedState w14:val="2612" w14:font="MS Gothic"/>
                  <w14:uncheckedState w14:val="2610" w14:font="MS Gothic"/>
                </w14:checkbox>
                <w:alias w:val="ext_reeds_gedaan_6"/>
                <w:tag w:val="ext_reeds_gedaan_6"/>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Nog niets anders gedaan</w:t>
            </w:r>
          </w:p>
        </w:tc>
      </w:tr>
    </w:tbl>
    <w:p xmlns:wp14="http://schemas.microsoft.com/office/word/2010/wordml" w:rsidP="0EF2D338" w14:paraId="45FB0818" wp14:textId="77777777">
      <w:pPr>
        <w:spacing w:after="80"/>
        <w:rPr>
          <w:noProof w:val="0"/>
          <w:lang w:val="nl-NL"/>
        </w:rPr>
      </w:pPr>
    </w:p>
    <w:tbl>
      <w:tblPr>
        <w:tblW w:w="10319" w:type="dxa"/>
        <w:jc w:val="center"/>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10376"/>
      </w:tblGrid>
      <w:tr xmlns:wp14="http://schemas.microsoft.com/office/word/2010/wordml" w:rsidTr="0EF2D338" w14:paraId="0E1A0BBD" wp14:textId="77777777">
        <w:tc>
          <w:tcPr>
            <w:tcW w:w="10376" w:type="dxa"/>
            <w:shd w:val="clear" w:color="auto" w:fill="F4F6F8"/>
            <w:tcMar>
              <w:top w:w="90" w:type="dxa"/>
              <w:left w:w="120" w:type="dxa"/>
              <w:start w:w="120" w:type="dxa"/>
              <w:bottom w:w="90" w:type="dxa"/>
              <w:right w:w="120" w:type="dxa"/>
              <w:end w:w="120" w:type="dxa"/>
            </w:tcMar>
            <w:vAlign w:val="center"/>
          </w:tcPr>
          <w:p w:rsidP="0EF2D338" w14:paraId="1B961413" wp14:textId="77777777">
            <w:pPr>
              <w:spacing w:before="0" w:after="0"/>
              <w:rPr>
                <w:rFonts w:ascii="Arial" w:hAnsi="Arial"/>
                <w:b w:val="1"/>
                <w:bCs w:val="1"/>
                <w:i w:val="0"/>
                <w:iCs w:val="0"/>
                <w:noProof w:val="0"/>
                <w:color w:val="143B52"/>
                <w:sz w:val="17"/>
                <w:szCs w:val="17"/>
                <w:lang w:val="nl-NL"/>
              </w:rPr>
            </w:pPr>
            <w:r w:rsidRPr="0EF2D338" w:rsidR="0EF2D338">
              <w:rPr>
                <w:rFonts w:ascii="Arial" w:hAnsi="Arial"/>
                <w:b w:val="1"/>
                <w:bCs w:val="1"/>
                <w:i w:val="0"/>
                <w:iCs w:val="0"/>
                <w:noProof w:val="0"/>
                <w:color w:val="143B52"/>
                <w:sz w:val="17"/>
                <w:szCs w:val="17"/>
                <w:lang w:val="nl-NL"/>
              </w:rPr>
              <w:t>Bijlagen / bewijs</w:t>
            </w:r>
          </w:p>
        </w:tc>
      </w:tr>
      <w:tr xmlns:wp14="http://schemas.microsoft.com/office/word/2010/wordml" w:rsidTr="0EF2D338" w14:paraId="636BC0C7" wp14:textId="77777777">
        <w:trPr>
          <w:trHeight w:val="800" w:hRule="atLeast"/>
        </w:trPr>
        <w:tc>
          <w:tcPr>
            <w:tcW w:w="10376" w:type="dxa"/>
            <w:tcMar>
              <w:top w:w="110" w:type="dxa"/>
              <w:left w:w="130" w:type="dxa"/>
              <w:start w:w="130" w:type="dxa"/>
              <w:bottom w:w="110" w:type="dxa"/>
              <w:right w:w="130" w:type="dxa"/>
              <w:end w:w="130" w:type="dxa"/>
            </w:tcMar>
            <w:vAlign w:val="top"/>
          </w:tcPr>
          <w:p w:rsidP="0EF2D338" w14:paraId="3A30F6FA" wp14:textId="77777777">
            <w:pPr>
              <w:spacing w:before="0" w:after="0"/>
              <w:rPr>
                <w:rFonts w:ascii="Arial" w:hAnsi="Arial"/>
                <w:noProof w:val="0"/>
                <w:color w:val="7A7A7A"/>
                <w:lang w:val="nl-NL"/>
              </w:rPr>
            </w:pPr>
            <w:sdt>
              <w:sdtPr>
                <w:id w:val="500223"/>
                <w:text/>
                <w:alias w:val="ext_bijlagen_bewijs"/>
                <w:tag w:val="ext_bijlagen_bewijs"/>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Vermeld welke bijlagen u meestuurt. Maskeer persoonsgegevens waar mogelijk.</w:t>
                </w:r>
              </w:sdtContent>
            </w:sdt>
          </w:p>
        </w:tc>
      </w:tr>
    </w:tbl>
    <w:p xmlns:wp14="http://schemas.microsoft.com/office/word/2010/wordml" w:rsidP="0EF2D338" w14:paraId="049F31CB" wp14:textId="77777777">
      <w:pPr>
        <w:spacing w:after="80"/>
        <w:rPr>
          <w:noProof w:val="0"/>
          <w:lang w:val="nl-NL"/>
        </w:rPr>
      </w:pPr>
    </w:p>
    <w:tbl>
      <w:tblPr>
        <w:tblW w:w="10319" w:type="dxa"/>
        <w:jc w:val="center"/>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10376"/>
      </w:tblGrid>
      <w:tr xmlns:wp14="http://schemas.microsoft.com/office/word/2010/wordml" w:rsidTr="0EF2D338" w14:paraId="2BE908E4" wp14:textId="77777777">
        <w:tc>
          <w:tcPr>
            <w:tcW w:w="10376" w:type="dxa"/>
            <w:shd w:val="clear" w:color="auto" w:fill="F4F6F8"/>
            <w:tcMar>
              <w:top w:w="90" w:type="dxa"/>
              <w:left w:w="120" w:type="dxa"/>
              <w:start w:w="120" w:type="dxa"/>
              <w:bottom w:w="90" w:type="dxa"/>
              <w:right w:w="120" w:type="dxa"/>
              <w:end w:w="120" w:type="dxa"/>
            </w:tcMar>
            <w:vAlign w:val="center"/>
          </w:tcPr>
          <w:p w:rsidP="0EF2D338" w14:paraId="7FB7AF2B" wp14:textId="77777777">
            <w:pPr>
              <w:spacing w:before="0" w:after="0"/>
              <w:rPr>
                <w:rFonts w:ascii="Arial" w:hAnsi="Arial"/>
                <w:b w:val="1"/>
                <w:bCs w:val="1"/>
                <w:i w:val="0"/>
                <w:iCs w:val="0"/>
                <w:noProof w:val="0"/>
                <w:color w:val="143B52"/>
                <w:sz w:val="17"/>
                <w:szCs w:val="17"/>
                <w:lang w:val="nl-NL"/>
              </w:rPr>
            </w:pPr>
            <w:r w:rsidRPr="0EF2D338" w:rsidR="0EF2D338">
              <w:rPr>
                <w:rFonts w:ascii="Arial" w:hAnsi="Arial"/>
                <w:b w:val="1"/>
                <w:bCs w:val="1"/>
                <w:i w:val="0"/>
                <w:iCs w:val="0"/>
                <w:noProof w:val="0"/>
                <w:color w:val="143B52"/>
                <w:sz w:val="17"/>
                <w:szCs w:val="17"/>
                <w:lang w:val="nl-NL"/>
              </w:rPr>
              <w:t>Vragen / opmerkingen</w:t>
            </w:r>
          </w:p>
        </w:tc>
      </w:tr>
      <w:tr xmlns:wp14="http://schemas.microsoft.com/office/word/2010/wordml" w:rsidTr="0EF2D338" w14:paraId="45EC5A6A" wp14:textId="77777777">
        <w:trPr>
          <w:trHeight w:val="800" w:hRule="atLeast"/>
        </w:trPr>
        <w:tc>
          <w:tcPr>
            <w:tcW w:w="10376" w:type="dxa"/>
            <w:tcMar>
              <w:top w:w="110" w:type="dxa"/>
              <w:left w:w="130" w:type="dxa"/>
              <w:start w:w="130" w:type="dxa"/>
              <w:bottom w:w="110" w:type="dxa"/>
              <w:right w:w="130" w:type="dxa"/>
              <w:end w:w="130" w:type="dxa"/>
            </w:tcMar>
            <w:vAlign w:val="top"/>
          </w:tcPr>
          <w:p w:rsidP="0EF2D338" w14:paraId="08131CCB" wp14:textId="77777777">
            <w:pPr>
              <w:spacing w:before="0" w:after="0"/>
              <w:rPr>
                <w:rFonts w:ascii="Arial" w:hAnsi="Arial"/>
                <w:noProof w:val="0"/>
                <w:color w:val="7A7A7A"/>
                <w:lang w:val="nl-NL"/>
              </w:rPr>
            </w:pPr>
            <w:sdt>
              <w:sdtPr>
                <w:id w:val="500224"/>
                <w:text/>
                <w:alias w:val="ext_vragen_opmerkingen"/>
                <w:tag w:val="ext_vragen_opmerkingen"/>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Optioneel: aanvullende vragen of opmerkingen.</w:t>
                </w:r>
              </w:sdtContent>
            </w:sdt>
          </w:p>
        </w:tc>
      </w:tr>
    </w:tbl>
    <w:p xmlns:wp14="http://schemas.microsoft.com/office/word/2010/wordml" w:rsidP="0EF2D338" w14:paraId="53128261" wp14:textId="77777777">
      <w:pPr>
        <w:spacing w:after="80"/>
        <w:rPr>
          <w:noProof w:val="0"/>
          <w:lang w:val="nl-NL"/>
        </w:rPr>
      </w:pPr>
    </w:p>
    <w:tbl>
      <w:tblPr>
        <w:tblW w:w="10319" w:type="dxa"/>
        <w:jc w:val="center"/>
        <w:tblLook w:val="04A0" w:firstRow="1" w:lastRow="0" w:firstColumn="1" w:lastColumn="0" w:noHBand="0" w:noVBand="1"/>
        <w:tblBorders>
          <w:top w:val="single" w:color="5E3C99" w:sz="0" w:space="0"/>
          <w:left w:val="single" w:color="5E3C99" w:sz="0" w:space="0"/>
          <w:bottom w:val="single" w:color="5E3C99" w:sz="0" w:space="0"/>
          <w:right w:val="single" w:color="5E3C99" w:sz="0" w:space="0"/>
          <w:insideH w:val="single" w:color="5E3C99" w:sz="0" w:space="0"/>
          <w:insideV w:val="single" w:color="5E3C99" w:sz="0" w:space="0"/>
        </w:tblBorders>
      </w:tblPr>
      <w:tblGrid>
        <w:gridCol w:w="5188"/>
        <w:gridCol w:w="5188"/>
      </w:tblGrid>
      <w:tr xmlns:wp14="http://schemas.microsoft.com/office/word/2010/wordml" w:rsidTr="0EF2D338" w14:paraId="6F91070D" wp14:textId="77777777">
        <w:tc>
          <w:tcPr>
            <w:tcW w:w="907" w:type="dxa"/>
            <w:tcMar/>
            <w:vAlign w:val="center"/>
            <w:shd w:fill="5E3C99"/>
            <w:tcMar>
              <w:top w:w="90" w:type="dxa"/>
              <w:start w:w="140" w:type="dxa"/>
              <w:bottom w:w="90" w:type="dxa"/>
              <w:end w:w="140" w:type="dxa"/>
            </w:tcMar>
          </w:tcPr>
          <w:p w:rsidP="0EF2D338" w14:paraId="29B4EA11"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6</w:t>
            </w:r>
          </w:p>
        </w:tc>
        <w:tc>
          <w:tcPr>
            <w:tcW w:w="9412" w:type="dxa"/>
            <w:tcMar/>
            <w:vAlign w:val="center"/>
            <w:shd w:fill="5E3C99"/>
            <w:tcMar>
              <w:top w:w="90" w:type="dxa"/>
              <w:start w:w="140" w:type="dxa"/>
              <w:bottom w:w="90" w:type="dxa"/>
              <w:end w:w="140" w:type="dxa"/>
            </w:tcMar>
          </w:tcPr>
          <w:p w:rsidP="0EF2D338" w14:paraId="00817391"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Verklaring</w:t>
            </w:r>
          </w:p>
        </w:tc>
      </w:tr>
    </w:tbl>
    <w:p xmlns:wp14="http://schemas.microsoft.com/office/word/2010/wordml" w:rsidP="0EF2D338" w14:paraId="62486C05" wp14:textId="77777777">
      <w:pPr>
        <w:keepNext w:val="1"/>
        <w:spacing w:before="0" w:after="40"/>
        <w:rPr>
          <w:noProof w:val="0"/>
          <w:lang w:val="nl-NL"/>
        </w:rPr>
      </w:pPr>
    </w:p>
    <w:tbl>
      <w:tblPr>
        <w:tblW w:w="10319" w:type="dxa"/>
        <w:jc w:val="center"/>
        <w:tblLook w:val="04A0" w:firstRow="1" w:lastRow="0" w:firstColumn="1" w:lastColumn="0" w:noHBand="0" w:noVBand="1"/>
        <w:tblBorders>
          <w:top w:val="single" w:color="5E3C99" w:sz="8" w:space="0"/>
          <w:left w:val="single" w:color="5E3C99" w:sz="8" w:space="0"/>
          <w:bottom w:val="single" w:color="5E3C99" w:sz="8" w:space="0"/>
          <w:right w:val="single" w:color="5E3C99" w:sz="8" w:space="0"/>
          <w:insideH w:val="single" w:color="5E3C99" w:sz="8" w:space="0"/>
          <w:insideV w:val="single" w:color="5E3C99" w:sz="8" w:space="0"/>
        </w:tblBorders>
      </w:tblPr>
      <w:tblGrid>
        <w:gridCol w:w="10376"/>
      </w:tblGrid>
      <w:tr xmlns:wp14="http://schemas.microsoft.com/office/word/2010/wordml" w:rsidTr="0EF2D338" w14:paraId="22F03CC1" wp14:textId="77777777">
        <w:tc>
          <w:tcPr>
            <w:tcW w:w="10376" w:type="dxa"/>
            <w:shd w:val="clear" w:color="auto" w:fill="F2EEF9"/>
            <w:tcMar>
              <w:top w:w="150" w:type="dxa"/>
              <w:left w:w="180" w:type="dxa"/>
              <w:start w:w="180" w:type="dxa"/>
              <w:bottom w:w="150" w:type="dxa"/>
              <w:right w:w="180" w:type="dxa"/>
              <w:end w:w="180" w:type="dxa"/>
            </w:tcMar>
          </w:tcPr>
          <w:p w:rsidP="0EF2D338" w14:paraId="4FBAF064" wp14:textId="77777777">
            <w:pPr>
              <w:spacing w:before="0" w:after="0"/>
              <w:rPr>
                <w:rFonts w:ascii="Arial" w:hAnsi="Arial"/>
                <w:b w:val="1"/>
                <w:bCs w:val="1"/>
                <w:i w:val="0"/>
                <w:iCs w:val="0"/>
                <w:noProof w:val="0"/>
                <w:color w:val="5E3C99"/>
                <w:sz w:val="18"/>
                <w:szCs w:val="18"/>
                <w:lang w:val="nl-NL"/>
              </w:rPr>
            </w:pPr>
            <w:r w:rsidRPr="0EF2D338" w:rsidR="0EF2D338">
              <w:rPr>
                <w:rFonts w:ascii="Arial" w:hAnsi="Arial"/>
                <w:b w:val="1"/>
                <w:bCs w:val="1"/>
                <w:i w:val="0"/>
                <w:iCs w:val="0"/>
                <w:noProof w:val="0"/>
                <w:color w:val="5E3C99"/>
                <w:sz w:val="18"/>
                <w:szCs w:val="18"/>
                <w:lang w:val="nl-NL"/>
              </w:rPr>
              <w:t>Bevestiging door melder</w:t>
            </w:r>
          </w:p>
          <w:p w:rsidP="0EF2D338" w14:paraId="68292B7D" wp14:textId="77777777">
            <w:pPr>
              <w:spacing w:after="0"/>
              <w:rPr>
                <w:rFonts w:ascii="Arial" w:hAnsi="Arial"/>
                <w:b w:val="0"/>
                <w:bCs w:val="0"/>
                <w:i w:val="0"/>
                <w:iCs w:val="0"/>
                <w:noProof w:val="0"/>
                <w:color w:val="202428"/>
                <w:sz w:val="17"/>
                <w:szCs w:val="17"/>
                <w:lang w:val="nl-NL"/>
              </w:rPr>
            </w:pPr>
            <w:r w:rsidRPr="0EF2D338" w:rsidR="0EF2D338">
              <w:rPr>
                <w:rFonts w:ascii="Arial" w:hAnsi="Arial"/>
                <w:b w:val="0"/>
                <w:bCs w:val="0"/>
                <w:i w:val="0"/>
                <w:iCs w:val="0"/>
                <w:noProof w:val="0"/>
                <w:color w:val="202428"/>
                <w:sz w:val="17"/>
                <w:szCs w:val="17"/>
                <w:lang w:val="nl-NL"/>
              </w:rPr>
              <w:t>Ik heb deze melding naar waarheid en zo volledig mogelijk ingevuld. Ik begrijp dat Elazorg de verstrekte informatie gebruikt om de melding te onderzoeken, betrokkenen te beschermen en eventuele wettelijke verplichtingen na te komen.</w:t>
            </w:r>
          </w:p>
        </w:tc>
      </w:tr>
    </w:tbl>
    <w:p xmlns:wp14="http://schemas.microsoft.com/office/word/2010/wordml" w:rsidP="0EF2D338" w14:paraId="4101652C" wp14:textId="77777777">
      <w:pPr>
        <w:spacing w:after="20"/>
        <w:rPr>
          <w:noProof w:val="0"/>
          <w:lang w:val="nl-NL"/>
        </w:rPr>
      </w:pPr>
    </w:p>
    <w:tbl>
      <w:tblPr>
        <w:tblW w:w="10319" w:type="dxa"/>
        <w:jc w:val="center"/>
        <w:tblLayout w:type="fixed"/>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2594"/>
        <w:gridCol w:w="2594"/>
        <w:gridCol w:w="2594"/>
        <w:gridCol w:w="2594"/>
      </w:tblGrid>
      <w:tr xmlns:wp14="http://schemas.microsoft.com/office/word/2010/wordml" w:rsidTr="0EF2D338" w14:paraId="37821020" wp14:textId="77777777">
        <w:trPr>
          <w:cantSplit/>
        </w:trPr>
        <w:tc>
          <w:tcPr>
            <w:tcW w:w="2381" w:type="dxa"/>
            <w:tcMar>
              <w:top w:w="85" w:type="dxa"/>
              <w:left w:w="100" w:type="dxa"/>
              <w:start w:w="100" w:type="dxa"/>
              <w:bottom w:w="85" w:type="dxa"/>
              <w:right w:w="100" w:type="dxa"/>
              <w:end w:w="100" w:type="dxa"/>
            </w:tcMar>
            <w:vAlign w:val="center"/>
            <w:shd w:fill="F4F6F8"/>
          </w:tcPr>
          <w:p w:rsidP="0EF2D338" w14:paraId="746F1487"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Datum</w:t>
            </w:r>
          </w:p>
        </w:tc>
        <w:tc>
          <w:tcPr>
            <w:tcW w:w="2778" w:type="dxa"/>
            <w:tcMar>
              <w:top w:w="85" w:type="dxa"/>
              <w:left w:w="100" w:type="dxa"/>
              <w:start w:w="100" w:type="dxa"/>
              <w:bottom w:w="85" w:type="dxa"/>
              <w:right w:w="100" w:type="dxa"/>
              <w:end w:w="100" w:type="dxa"/>
            </w:tcMar>
            <w:vAlign w:val="center"/>
            <w:shd w:fill="FFFFFF"/>
          </w:tcPr>
          <w:p w:rsidP="0EF2D338" w14:paraId="404ABB63" wp14:textId="77777777">
            <w:pPr>
              <w:spacing w:before="0" w:after="0" w:line="252" w:lineRule="auto"/>
              <w:rPr>
                <w:rFonts w:ascii="Arial" w:hAnsi="Arial"/>
                <w:noProof w:val="0"/>
                <w:color w:val="7A7A7A"/>
                <w:lang w:val="nl-NL"/>
              </w:rPr>
            </w:pPr>
            <w:sdt>
              <w:sdtPr>
                <w:id w:val="500225"/>
                <w:text/>
                <w:alias w:val="ext_datum_verklaring"/>
                <w:tag w:val="ext_datum_verklaring"/>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c>
          <w:tcPr>
            <w:tcW w:w="2381" w:type="dxa"/>
            <w:tcMar>
              <w:top w:w="85" w:type="dxa"/>
              <w:left w:w="100" w:type="dxa"/>
              <w:start w:w="100" w:type="dxa"/>
              <w:bottom w:w="85" w:type="dxa"/>
              <w:right w:w="100" w:type="dxa"/>
              <w:end w:w="100" w:type="dxa"/>
            </w:tcMar>
            <w:vAlign w:val="center"/>
            <w:shd w:fill="F4F6F8"/>
          </w:tcPr>
          <w:p w:rsidP="0EF2D338" w14:paraId="33FB088A"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Naam</w:t>
            </w:r>
          </w:p>
        </w:tc>
        <w:tc>
          <w:tcPr>
            <w:tcW w:w="2778" w:type="dxa"/>
            <w:tcMar>
              <w:top w:w="85" w:type="dxa"/>
              <w:left w:w="100" w:type="dxa"/>
              <w:start w:w="100" w:type="dxa"/>
              <w:bottom w:w="85" w:type="dxa"/>
              <w:right w:w="100" w:type="dxa"/>
              <w:end w:w="100" w:type="dxa"/>
            </w:tcMar>
            <w:vAlign w:val="center"/>
            <w:shd w:fill="FFFFFF"/>
          </w:tcPr>
          <w:p w:rsidP="0EF2D338" w14:paraId="73838701" wp14:textId="77777777">
            <w:pPr>
              <w:spacing w:before="0" w:after="0" w:line="252" w:lineRule="auto"/>
              <w:rPr>
                <w:rFonts w:ascii="Arial" w:hAnsi="Arial"/>
                <w:noProof w:val="0"/>
                <w:color w:val="7A7A7A"/>
                <w:lang w:val="nl-NL"/>
              </w:rPr>
            </w:pPr>
            <w:sdt>
              <w:sdtPr>
                <w:id w:val="500226"/>
                <w:text/>
                <w:alias w:val="ext_naam_verklaring"/>
                <w:tag w:val="ext_naam_verklaring"/>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r>
      <w:tr xmlns:wp14="http://schemas.microsoft.com/office/word/2010/wordml" w:rsidTr="0EF2D338" w14:paraId="17C4B987" wp14:textId="77777777">
        <w:trPr>
          <w:cantSplit/>
        </w:trPr>
        <w:tc>
          <w:tcPr>
            <w:tcW w:w="2381" w:type="dxa"/>
            <w:tcMar>
              <w:top w:w="85" w:type="dxa"/>
              <w:left w:w="100" w:type="dxa"/>
              <w:start w:w="100" w:type="dxa"/>
              <w:bottom w:w="85" w:type="dxa"/>
              <w:right w:w="100" w:type="dxa"/>
              <w:end w:w="100" w:type="dxa"/>
            </w:tcMar>
            <w:vAlign w:val="center"/>
            <w:shd w:fill="F4F6F8"/>
          </w:tcPr>
          <w:p w:rsidP="0EF2D338" w14:paraId="2F2403EB"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Handtekening</w:t>
            </w:r>
          </w:p>
        </w:tc>
        <w:tc>
          <w:tcPr>
            <w:tcW w:w="2778" w:type="dxa"/>
            <w:tcMar>
              <w:top w:w="85" w:type="dxa"/>
              <w:left w:w="100" w:type="dxa"/>
              <w:start w:w="100" w:type="dxa"/>
              <w:bottom w:w="85" w:type="dxa"/>
              <w:right w:w="100" w:type="dxa"/>
              <w:end w:w="100" w:type="dxa"/>
            </w:tcMar>
            <w:vAlign w:val="center"/>
            <w:shd w:fill="FFFFFF"/>
          </w:tcPr>
          <w:p w:rsidP="0EF2D338" w14:paraId="605A7A85" wp14:textId="77777777">
            <w:pPr>
              <w:spacing w:before="0" w:after="0" w:line="252" w:lineRule="auto"/>
              <w:rPr>
                <w:rFonts w:ascii="Arial" w:hAnsi="Arial"/>
                <w:noProof w:val="0"/>
                <w:color w:val="7A7A7A"/>
                <w:lang w:val="nl-NL"/>
              </w:rPr>
            </w:pPr>
            <w:sdt>
              <w:sdtPr>
                <w:id w:val="500227"/>
                <w:text/>
                <w:alias w:val="ext_handtekening"/>
                <w:tag w:val="ext_handtekening"/>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c>
          <w:tcPr>
            <w:tcW w:w="2381" w:type="dxa"/>
            <w:tcMar>
              <w:top w:w="85" w:type="dxa"/>
              <w:left w:w="100" w:type="dxa"/>
              <w:start w:w="100" w:type="dxa"/>
              <w:bottom w:w="85" w:type="dxa"/>
              <w:right w:w="100" w:type="dxa"/>
              <w:end w:w="100" w:type="dxa"/>
            </w:tcMar>
            <w:vAlign w:val="center"/>
            <w:shd w:fill="F4F6F8"/>
          </w:tcPr>
          <w:p w:rsidP="0EF2D338" w14:paraId="4B99056E" wp14:textId="77777777">
            <w:pPr>
              <w:spacing w:before="0" w:after="0"/>
              <w:rPr>
                <w:noProof w:val="0"/>
                <w:lang w:val="nl-NL"/>
              </w:rPr>
            </w:pPr>
          </w:p>
        </w:tc>
        <w:tc>
          <w:tcPr>
            <w:tcW w:w="2778" w:type="dxa"/>
            <w:tcMar>
              <w:top w:w="85" w:type="dxa"/>
              <w:left w:w="100" w:type="dxa"/>
              <w:start w:w="100" w:type="dxa"/>
              <w:bottom w:w="85" w:type="dxa"/>
              <w:right w:w="100" w:type="dxa"/>
              <w:end w:w="100" w:type="dxa"/>
            </w:tcMar>
            <w:vAlign w:val="center"/>
            <w:shd w:fill="FFFFFF"/>
          </w:tcPr>
          <w:p w:rsidP="0EF2D338" w14:paraId="1299C43A" wp14:textId="77777777">
            <w:pPr>
              <w:spacing w:before="0" w:after="0"/>
              <w:rPr>
                <w:noProof w:val="0"/>
                <w:lang w:val="nl-NL"/>
              </w:rPr>
            </w:pPr>
          </w:p>
        </w:tc>
      </w:tr>
    </w:tbl>
    <w:p xmlns:wp14="http://schemas.microsoft.com/office/word/2010/wordml" w:rsidP="0EF2D338" w14:paraId="4DDBEF00" wp14:textId="77777777">
      <w:pPr>
        <w:spacing w:after="80"/>
        <w:rPr>
          <w:noProof w:val="0"/>
          <w:lang w:val="nl-NL"/>
        </w:rPr>
      </w:pPr>
    </w:p>
    <w:p xmlns:wp14="http://schemas.microsoft.com/office/word/2010/wordml" w:rsidP="0EF2D338" w14:paraId="29D6B04F" wp14:textId="77777777">
      <w:pPr>
        <w:spacing w:before="0" w:after="480"/>
        <w:rPr>
          <w:noProof w:val="0"/>
          <w:lang w:val="nl-NL"/>
        </w:rPr>
      </w:pPr>
      <w:r w:rsidRPr="0EF2D338" w:rsidR="0EF2D338">
        <w:rPr>
          <w:noProof w:val="0"/>
          <w:lang w:val="nl-NL"/>
        </w:rPr>
        <w:t xml:space="preserve"> </w:t>
      </w:r>
    </w:p>
    <w:tbl>
      <w:tblPr>
        <w:tblW w:w="10319" w:type="dxa"/>
        <w:jc w:val="center"/>
        <w:tblLook w:val="04A0" w:firstRow="1" w:lastRow="0" w:firstColumn="1" w:lastColumn="0" w:noHBand="0" w:noVBand="1"/>
        <w:tblBorders>
          <w:top w:val="single" w:color="5E3C99" w:sz="0" w:space="0"/>
          <w:left w:val="single" w:color="5E3C99" w:sz="0" w:space="0"/>
          <w:bottom w:val="single" w:color="5E3C99" w:sz="0" w:space="0"/>
          <w:right w:val="single" w:color="5E3C99" w:sz="0" w:space="0"/>
          <w:insideH w:val="single" w:color="5E3C99" w:sz="0" w:space="0"/>
          <w:insideV w:val="single" w:color="5E3C99" w:sz="0" w:space="0"/>
        </w:tblBorders>
      </w:tblPr>
      <w:tblGrid>
        <w:gridCol w:w="5188"/>
        <w:gridCol w:w="5188"/>
      </w:tblGrid>
      <w:tr xmlns:wp14="http://schemas.microsoft.com/office/word/2010/wordml" w:rsidTr="0EF2D338" w14:paraId="21F8A506" wp14:textId="77777777">
        <w:tc>
          <w:tcPr>
            <w:tcW w:w="907" w:type="dxa"/>
            <w:tcMar/>
            <w:vAlign w:val="center"/>
            <w:shd w:fill="5E3C99"/>
            <w:tcMar>
              <w:top w:w="90" w:type="dxa"/>
              <w:start w:w="140" w:type="dxa"/>
              <w:bottom w:w="90" w:type="dxa"/>
              <w:end w:w="140" w:type="dxa"/>
            </w:tcMar>
          </w:tcPr>
          <w:p w:rsidP="0EF2D338" w14:paraId="75697EEC"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7</w:t>
            </w:r>
          </w:p>
        </w:tc>
        <w:tc>
          <w:tcPr>
            <w:tcW w:w="9412" w:type="dxa"/>
            <w:tcMar/>
            <w:vAlign w:val="center"/>
            <w:shd w:fill="5E3C99"/>
            <w:tcMar>
              <w:top w:w="90" w:type="dxa"/>
              <w:start w:w="140" w:type="dxa"/>
              <w:bottom w:w="90" w:type="dxa"/>
              <w:end w:w="140" w:type="dxa"/>
            </w:tcMar>
          </w:tcPr>
          <w:p w:rsidP="0EF2D338" w14:paraId="1C8D78AE" wp14:textId="77777777">
            <w:pPr>
              <w:keepNext w:val="1"/>
              <w:spacing w:before="0" w:after="0"/>
              <w:jc w:val="center"/>
              <w:rPr>
                <w:rFonts w:ascii="Arial" w:hAnsi="Arial"/>
                <w:b w:val="1"/>
                <w:bCs w:val="1"/>
                <w:i w:val="0"/>
                <w:iCs w:val="0"/>
                <w:noProof w:val="0"/>
                <w:color w:val="FFFFFF" w:themeColor="background1" w:themeTint="FF" w:themeShade="FF"/>
                <w:sz w:val="20"/>
                <w:szCs w:val="20"/>
                <w:lang w:val="nl-NL"/>
              </w:rPr>
            </w:pPr>
            <w:r w:rsidRPr="0EF2D338" w:rsidR="0EF2D338">
              <w:rPr>
                <w:rFonts w:ascii="Arial" w:hAnsi="Arial"/>
                <w:b w:val="1"/>
                <w:bCs w:val="1"/>
                <w:i w:val="0"/>
                <w:iCs w:val="0"/>
                <w:noProof w:val="0"/>
                <w:color w:val="FFFFFF" w:themeColor="background1" w:themeTint="FF" w:themeShade="FF"/>
                <w:sz w:val="20"/>
                <w:szCs w:val="20"/>
                <w:lang w:val="nl-NL"/>
              </w:rPr>
              <w:t>Alleen voor intern gebruik Elazorg</w:t>
            </w:r>
          </w:p>
        </w:tc>
      </w:tr>
    </w:tbl>
    <w:p xmlns:wp14="http://schemas.microsoft.com/office/word/2010/wordml" w:rsidP="0EF2D338" w14:paraId="3461D779" wp14:textId="77777777">
      <w:pPr>
        <w:keepNext w:val="1"/>
        <w:spacing w:before="0" w:after="40"/>
        <w:rPr>
          <w:noProof w:val="0"/>
          <w:lang w:val="nl-NL"/>
        </w:rPr>
      </w:pPr>
    </w:p>
    <w:tbl>
      <w:tblPr>
        <w:tblW w:w="10319" w:type="dxa"/>
        <w:jc w:val="center"/>
        <w:tblLayout w:type="fixed"/>
        <w:tblLook w:val="04A0" w:firstRow="1" w:lastRow="0" w:firstColumn="1" w:lastColumn="0" w:noHBand="0" w:noVBand="1"/>
        <w:tblBorders>
          <w:top w:val="single" w:color="D9DEE5" w:sz="6" w:space="0"/>
          <w:left w:val="single" w:color="D9DEE5" w:sz="6" w:space="0"/>
          <w:bottom w:val="single" w:color="D9DEE5" w:sz="6" w:space="0"/>
          <w:right w:val="single" w:color="D9DEE5" w:sz="6" w:space="0"/>
          <w:insideH w:val="single" w:color="D9DEE5" w:sz="6" w:space="0"/>
          <w:insideV w:val="single" w:color="D9DEE5" w:sz="6" w:space="0"/>
        </w:tblBorders>
      </w:tblPr>
      <w:tblGrid>
        <w:gridCol w:w="2594"/>
        <w:gridCol w:w="2594"/>
        <w:gridCol w:w="2594"/>
        <w:gridCol w:w="2594"/>
      </w:tblGrid>
      <w:tr xmlns:wp14="http://schemas.microsoft.com/office/word/2010/wordml" w:rsidTr="0EF2D338" w14:paraId="1EC21458" wp14:textId="77777777">
        <w:trPr>
          <w:cantSplit/>
        </w:trPr>
        <w:tc>
          <w:tcPr>
            <w:tcW w:w="2381" w:type="dxa"/>
            <w:tcMar>
              <w:top w:w="85" w:type="dxa"/>
              <w:left w:w="100" w:type="dxa"/>
              <w:start w:w="100" w:type="dxa"/>
              <w:bottom w:w="85" w:type="dxa"/>
              <w:right w:w="100" w:type="dxa"/>
              <w:end w:w="100" w:type="dxa"/>
            </w:tcMar>
            <w:vAlign w:val="center"/>
            <w:shd w:fill="F4F6F8"/>
          </w:tcPr>
          <w:p w:rsidP="0EF2D338" w14:paraId="43D7B620"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Datum ontvangst</w:t>
            </w:r>
          </w:p>
        </w:tc>
        <w:tc>
          <w:tcPr>
            <w:tcW w:w="2778" w:type="dxa"/>
            <w:tcMar>
              <w:top w:w="85" w:type="dxa"/>
              <w:left w:w="100" w:type="dxa"/>
              <w:start w:w="100" w:type="dxa"/>
              <w:bottom w:w="85" w:type="dxa"/>
              <w:right w:w="100" w:type="dxa"/>
              <w:end w:w="100" w:type="dxa"/>
            </w:tcMar>
            <w:vAlign w:val="center"/>
            <w:shd w:fill="FFFFFF"/>
          </w:tcPr>
          <w:p w:rsidP="0EF2D338" w14:paraId="6A8A569B" wp14:textId="77777777">
            <w:pPr>
              <w:spacing w:before="0" w:after="0" w:line="252" w:lineRule="auto"/>
              <w:rPr>
                <w:rFonts w:ascii="Arial" w:hAnsi="Arial"/>
                <w:noProof w:val="0"/>
                <w:color w:val="7A7A7A"/>
                <w:lang w:val="nl-NL"/>
              </w:rPr>
            </w:pPr>
            <w:sdt>
              <w:sdtPr>
                <w:id w:val="500228"/>
                <w:text/>
                <w:alias w:val="intern_datum_ontvangst"/>
                <w:tag w:val="intern_datum_ontvangst"/>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c>
          <w:tcPr>
            <w:tcW w:w="2381" w:type="dxa"/>
            <w:tcMar>
              <w:top w:w="85" w:type="dxa"/>
              <w:left w:w="100" w:type="dxa"/>
              <w:start w:w="100" w:type="dxa"/>
              <w:bottom w:w="85" w:type="dxa"/>
              <w:right w:w="100" w:type="dxa"/>
              <w:end w:w="100" w:type="dxa"/>
            </w:tcMar>
            <w:vAlign w:val="center"/>
            <w:shd w:fill="F4F6F8"/>
          </w:tcPr>
          <w:p w:rsidP="0EF2D338" w14:paraId="1B269DEE"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Ontvangen door / kanaal</w:t>
            </w:r>
          </w:p>
        </w:tc>
        <w:tc>
          <w:tcPr>
            <w:tcW w:w="2778" w:type="dxa"/>
            <w:tcMar>
              <w:top w:w="85" w:type="dxa"/>
              <w:left w:w="100" w:type="dxa"/>
              <w:start w:w="100" w:type="dxa"/>
              <w:bottom w:w="85" w:type="dxa"/>
              <w:right w:w="100" w:type="dxa"/>
              <w:end w:w="100" w:type="dxa"/>
            </w:tcMar>
            <w:vAlign w:val="center"/>
            <w:shd w:fill="FFFFFF"/>
          </w:tcPr>
          <w:p w:rsidP="0EF2D338" w14:paraId="4BC8FB30" wp14:textId="77777777">
            <w:pPr>
              <w:spacing w:before="0" w:after="0" w:line="252" w:lineRule="auto"/>
              <w:rPr>
                <w:rFonts w:ascii="Arial" w:hAnsi="Arial"/>
                <w:noProof w:val="0"/>
                <w:color w:val="7A7A7A"/>
                <w:lang w:val="nl-NL"/>
              </w:rPr>
            </w:pPr>
            <w:sdt>
              <w:sdtPr>
                <w:id w:val="500229"/>
                <w:text/>
                <w:alias w:val="intern_ontvangen_door_kanaal"/>
                <w:tag w:val="intern_ontvangen_door_kanaal"/>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r>
      <w:tr xmlns:wp14="http://schemas.microsoft.com/office/word/2010/wordml" w:rsidTr="0EF2D338" w14:paraId="71B6CD2C" wp14:textId="77777777">
        <w:trPr>
          <w:cantSplit/>
        </w:trPr>
        <w:tc>
          <w:tcPr>
            <w:tcW w:w="2381" w:type="dxa"/>
            <w:tcMar>
              <w:top w:w="85" w:type="dxa"/>
              <w:left w:w="100" w:type="dxa"/>
              <w:start w:w="100" w:type="dxa"/>
              <w:bottom w:w="85" w:type="dxa"/>
              <w:right w:w="100" w:type="dxa"/>
              <w:end w:w="100" w:type="dxa"/>
            </w:tcMar>
            <w:vAlign w:val="center"/>
            <w:shd w:fill="F4F6F8"/>
          </w:tcPr>
          <w:p w:rsidP="0EF2D338" w14:paraId="08CD44D6"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Incidentnummer</w:t>
            </w:r>
          </w:p>
        </w:tc>
        <w:tc>
          <w:tcPr>
            <w:tcW w:w="2778" w:type="dxa"/>
            <w:tcMar>
              <w:top w:w="85" w:type="dxa"/>
              <w:left w:w="100" w:type="dxa"/>
              <w:start w:w="100" w:type="dxa"/>
              <w:bottom w:w="85" w:type="dxa"/>
              <w:right w:w="100" w:type="dxa"/>
              <w:end w:w="100" w:type="dxa"/>
            </w:tcMar>
            <w:vAlign w:val="center"/>
            <w:shd w:fill="FFFFFF"/>
          </w:tcPr>
          <w:p w:rsidP="0EF2D338" w14:paraId="3EFDD574" wp14:textId="77777777">
            <w:pPr>
              <w:spacing w:before="0" w:after="0" w:line="252" w:lineRule="auto"/>
              <w:rPr>
                <w:rFonts w:ascii="Arial" w:hAnsi="Arial"/>
                <w:noProof w:val="0"/>
                <w:color w:val="7A7A7A"/>
                <w:lang w:val="nl-NL"/>
              </w:rPr>
            </w:pPr>
            <w:sdt>
              <w:sdtPr>
                <w:id w:val="500230"/>
                <w:text/>
                <w:alias w:val="intern_incidentnummer_ext"/>
                <w:tag w:val="intern_incidentnummer_ext"/>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c>
          <w:tcPr>
            <w:tcW w:w="2381" w:type="dxa"/>
            <w:tcMar>
              <w:top w:w="85" w:type="dxa"/>
              <w:left w:w="100" w:type="dxa"/>
              <w:start w:w="100" w:type="dxa"/>
              <w:bottom w:w="85" w:type="dxa"/>
              <w:right w:w="100" w:type="dxa"/>
              <w:end w:w="100" w:type="dxa"/>
            </w:tcMar>
            <w:vAlign w:val="center"/>
            <w:shd w:fill="F4F6F8"/>
          </w:tcPr>
          <w:p w:rsidP="0EF2D338" w14:paraId="32F9F57A"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FG geïnformeerd op</w:t>
            </w:r>
          </w:p>
        </w:tc>
        <w:tc>
          <w:tcPr>
            <w:tcW w:w="2778" w:type="dxa"/>
            <w:tcMar>
              <w:top w:w="85" w:type="dxa"/>
              <w:left w:w="100" w:type="dxa"/>
              <w:start w:w="100" w:type="dxa"/>
              <w:bottom w:w="85" w:type="dxa"/>
              <w:right w:w="100" w:type="dxa"/>
              <w:end w:w="100" w:type="dxa"/>
            </w:tcMar>
            <w:vAlign w:val="center"/>
            <w:shd w:fill="FFFFFF"/>
          </w:tcPr>
          <w:p w:rsidP="0EF2D338" w14:paraId="4D0A779D" wp14:textId="77777777">
            <w:pPr>
              <w:spacing w:before="0" w:after="0" w:line="252" w:lineRule="auto"/>
              <w:rPr>
                <w:rFonts w:ascii="Arial" w:hAnsi="Arial"/>
                <w:noProof w:val="0"/>
                <w:color w:val="7A7A7A"/>
                <w:lang w:val="nl-NL"/>
              </w:rPr>
            </w:pPr>
            <w:sdt>
              <w:sdtPr>
                <w:id w:val="500231"/>
                <w:text/>
                <w:alias w:val="intern_fg_geinformeerd_op"/>
                <w:tag w:val="intern_fg_geinformeerd_op"/>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r>
      <w:tr xmlns:wp14="http://schemas.microsoft.com/office/word/2010/wordml" w:rsidTr="0EF2D338" w14:paraId="6929429A" wp14:textId="77777777">
        <w:trPr>
          <w:cantSplit/>
        </w:trPr>
        <w:tc>
          <w:tcPr>
            <w:tcW w:w="2381" w:type="dxa"/>
            <w:tcMar>
              <w:top w:w="85" w:type="dxa"/>
              <w:left w:w="100" w:type="dxa"/>
              <w:start w:w="100" w:type="dxa"/>
              <w:bottom w:w="85" w:type="dxa"/>
              <w:right w:w="100" w:type="dxa"/>
              <w:end w:w="100" w:type="dxa"/>
            </w:tcMar>
            <w:vAlign w:val="center"/>
            <w:shd w:fill="F4F6F8"/>
          </w:tcPr>
          <w:p w:rsidP="0EF2D338" w14:paraId="0236451F"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Eerste actie</w:t>
            </w:r>
          </w:p>
        </w:tc>
        <w:tc>
          <w:tcPr>
            <w:tcW w:w="2778" w:type="dxa"/>
            <w:tcMar>
              <w:top w:w="85" w:type="dxa"/>
              <w:left w:w="100" w:type="dxa"/>
              <w:start w:w="100" w:type="dxa"/>
              <w:bottom w:w="85" w:type="dxa"/>
              <w:right w:w="100" w:type="dxa"/>
              <w:end w:w="100" w:type="dxa"/>
            </w:tcMar>
            <w:vAlign w:val="center"/>
            <w:shd w:fill="FFFFFF"/>
          </w:tcPr>
          <w:p w:rsidP="0EF2D338" w14:paraId="6DF679F3" wp14:textId="77777777">
            <w:pPr>
              <w:spacing w:before="0" w:after="0" w:line="252" w:lineRule="auto"/>
              <w:rPr>
                <w:rFonts w:ascii="Arial" w:hAnsi="Arial"/>
                <w:noProof w:val="0"/>
                <w:color w:val="7A7A7A"/>
                <w:lang w:val="nl-NL"/>
              </w:rPr>
            </w:pPr>
            <w:sdt>
              <w:sdtPr>
                <w:id w:val="500232"/>
                <w:text/>
                <w:alias w:val="intern_eerste_actie"/>
                <w:tag w:val="intern_eerste_actie"/>
                <w:placeholder>
                  <w:docPart w:val="DefaultPlaceholder_1081868574"/>
                </w:placeholder>
                <w:rPr>
                  <w:rFonts w:ascii="Arial" w:hAnsi="Arial"/>
                  <w:noProof w:val="0"/>
                  <w:color w:val="7A7A7A"/>
                  <w:lang w:val="nl-NL"/>
                </w:rPr>
              </w:sdtPr>
              <w:sdtContent>
                <w:r w:rsidRPr="0EF2D338" w:rsidR="0EF2D338">
                  <w:rPr>
                    <w:rFonts w:ascii="Arial" w:hAnsi="Arial"/>
                    <w:noProof w:val="0"/>
                    <w:color w:val="7A7A7A"/>
                    <w:lang w:val="nl-NL"/>
                  </w:rPr>
                  <w:t>Klik of tik om in te vullen</w:t>
                </w:r>
              </w:sdtContent>
            </w:sdt>
          </w:p>
        </w:tc>
        <w:tc>
          <w:tcPr>
            <w:tcW w:w="2381" w:type="dxa"/>
            <w:tcMar>
              <w:top w:w="85" w:type="dxa"/>
              <w:left w:w="100" w:type="dxa"/>
              <w:start w:w="100" w:type="dxa"/>
              <w:bottom w:w="85" w:type="dxa"/>
              <w:right w:w="100" w:type="dxa"/>
              <w:end w:w="100" w:type="dxa"/>
            </w:tcMar>
            <w:vAlign w:val="center"/>
            <w:shd w:fill="F4F6F8"/>
          </w:tcPr>
          <w:p w:rsidP="0EF2D338" w14:paraId="4BB28BE8" wp14:textId="77777777">
            <w:pPr>
              <w:spacing w:before="0" w:after="0"/>
              <w:rPr>
                <w:rFonts w:ascii="Arial" w:hAnsi="Arial"/>
                <w:b w:val="1"/>
                <w:bCs w:val="1"/>
                <w:i w:val="0"/>
                <w:iCs w:val="0"/>
                <w:noProof w:val="0"/>
                <w:color w:val="143B52"/>
                <w:sz w:val="16"/>
                <w:szCs w:val="16"/>
                <w:lang w:val="nl-NL"/>
              </w:rPr>
            </w:pPr>
            <w:r w:rsidRPr="0EF2D338" w:rsidR="0EF2D338">
              <w:rPr>
                <w:rFonts w:ascii="Arial" w:hAnsi="Arial"/>
                <w:b w:val="1"/>
                <w:bCs w:val="1"/>
                <w:i w:val="0"/>
                <w:iCs w:val="0"/>
                <w:noProof w:val="0"/>
                <w:color w:val="143B52"/>
                <w:sz w:val="16"/>
                <w:szCs w:val="16"/>
                <w:lang w:val="nl-NL"/>
              </w:rPr>
              <w:t>Vervolgbeoordeling</w:t>
            </w:r>
          </w:p>
        </w:tc>
        <w:tc>
          <w:tcPr>
            <w:tcW w:w="2778" w:type="dxa"/>
            <w:tcMar>
              <w:top w:w="85" w:type="dxa"/>
              <w:left w:w="100" w:type="dxa"/>
              <w:start w:w="100" w:type="dxa"/>
              <w:bottom w:w="85" w:type="dxa"/>
              <w:right w:w="100" w:type="dxa"/>
              <w:end w:w="100" w:type="dxa"/>
            </w:tcMar>
            <w:vAlign w:val="center"/>
            <w:shd w:fill="FFFFFF"/>
          </w:tcPr>
          <w:p w:rsidP="0EF2D338" w14:paraId="5DA5CE75" wp14:textId="77777777">
            <w:pPr>
              <w:spacing w:before="0" w:after="40" w:line="252" w:lineRule="auto"/>
              <w:rPr>
                <w:rFonts w:ascii="Arial" w:hAnsi="Arial"/>
                <w:b w:val="0"/>
                <w:bCs w:val="0"/>
                <w:i w:val="0"/>
                <w:iCs w:val="0"/>
                <w:noProof w:val="0"/>
                <w:color w:val="202428"/>
                <w:sz w:val="16"/>
                <w:szCs w:val="16"/>
                <w:lang w:val="nl-NL"/>
              </w:rPr>
            </w:pPr>
            <w:sdt>
              <w:sdtPr>
                <w:id w:val="500233"/>
                <w14:checkbox>
                  <w14:checked w14:val="0"/>
                  <w14:checkedState w14:val="2612" w14:font="MS Gothic"/>
                  <w14:uncheckedState w14:val="2610" w14:font="MS Gothic"/>
                </w14:checkbox>
                <w:alias w:val="intern_vervolgbeoordeling_1"/>
                <w:tag w:val="intern_vervolgbeoordeling_1"/>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AP</w:t>
            </w:r>
            <w:r w:rsidRPr="0EF2D338" w:rsidR="0EF2D338">
              <w:rPr>
                <w:rFonts w:ascii="Arial" w:hAnsi="Arial"/>
                <w:b w:val="0"/>
                <w:bCs w:val="0"/>
                <w:i w:val="0"/>
                <w:iCs w:val="0"/>
                <w:noProof w:val="0"/>
                <w:sz w:val="16"/>
                <w:szCs w:val="16"/>
                <w:lang w:val="nl-NL"/>
              </w:rPr>
              <w:t xml:space="preserve">   </w:t>
            </w:r>
            <w:sdt>
              <w:sdtPr>
                <w:id w:val="500234"/>
                <w14:checkbox>
                  <w14:checked w14:val="0"/>
                  <w14:checkedState w14:val="2612" w14:font="MS Gothic"/>
                  <w14:uncheckedState w14:val="2610" w14:font="MS Gothic"/>
                </w14:checkbox>
                <w:alias w:val="intern_vervolgbeoordeling_2"/>
                <w:tag w:val="intern_vervolgbeoordeling_2"/>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betrokkenen</w:t>
            </w:r>
          </w:p>
          <w:p w:rsidP="0EF2D338" w14:paraId="4F9A2A29" wp14:textId="77777777">
            <w:pPr>
              <w:spacing w:before="0" w:after="40" w:line="252" w:lineRule="auto"/>
              <w:rPr>
                <w:rFonts w:ascii="Arial" w:hAnsi="Arial"/>
                <w:b w:val="0"/>
                <w:bCs w:val="0"/>
                <w:i w:val="0"/>
                <w:iCs w:val="0"/>
                <w:noProof w:val="0"/>
                <w:color w:val="202428"/>
                <w:sz w:val="16"/>
                <w:szCs w:val="16"/>
                <w:lang w:val="nl-NL"/>
              </w:rPr>
            </w:pPr>
            <w:sdt>
              <w:sdtPr>
                <w:id w:val="500235"/>
                <w14:checkbox>
                  <w14:checked w14:val="0"/>
                  <w14:checkedState w14:val="2612" w14:font="MS Gothic"/>
                  <w14:uncheckedState w14:val="2610" w14:font="MS Gothic"/>
                </w14:checkbox>
                <w:alias w:val="intern_vervolgbeoordeling_3"/>
                <w:tag w:val="intern_vervolgbeoordeling_3"/>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verwerker/partner</w:t>
            </w:r>
            <w:r w:rsidRPr="0EF2D338" w:rsidR="0EF2D338">
              <w:rPr>
                <w:rFonts w:ascii="Arial" w:hAnsi="Arial"/>
                <w:b w:val="0"/>
                <w:bCs w:val="0"/>
                <w:i w:val="0"/>
                <w:iCs w:val="0"/>
                <w:noProof w:val="0"/>
                <w:sz w:val="16"/>
                <w:szCs w:val="16"/>
                <w:lang w:val="nl-NL"/>
              </w:rPr>
              <w:t xml:space="preserve">   </w:t>
            </w:r>
            <w:sdt>
              <w:sdtPr>
                <w:id w:val="500236"/>
                <w14:checkbox>
                  <w14:checked w14:val="0"/>
                  <w14:checkedState w14:val="2612" w14:font="MS Gothic"/>
                  <w14:uncheckedState w14:val="2610" w14:font="MS Gothic"/>
                </w14:checkbox>
                <w:alias w:val="intern_vervolgbeoordeling_4"/>
                <w:tag w:val="intern_vervolgbeoordeling_4"/>
                <w:rPr>
                  <w:rFonts w:ascii="MS Gothic" w:hAnsi="MS Gothic"/>
                  <w:noProof w:val="0"/>
                  <w:sz w:val="18"/>
                  <w:szCs w:val="18"/>
                  <w:lang w:val="nl-NL"/>
                </w:rPr>
              </w:sdtPr>
              <w:sdtContent>
                <w:r w:rsidRPr="0EF2D338" w:rsidR="0EF2D338">
                  <w:rPr>
                    <w:rFonts w:ascii="MS Gothic" w:hAnsi="MS Gothic"/>
                    <w:noProof w:val="0"/>
                    <w:sz w:val="18"/>
                    <w:szCs w:val="18"/>
                    <w:lang w:val="nl-NL"/>
                  </w:rPr>
                  <w:t>☐</w:t>
                </w:r>
              </w:sdtContent>
            </w:sdt>
            <w:r w:rsidRPr="0EF2D338" w:rsidR="0EF2D338">
              <w:rPr>
                <w:rFonts w:ascii="Arial" w:hAnsi="Arial"/>
                <w:b w:val="0"/>
                <w:bCs w:val="0"/>
                <w:i w:val="0"/>
                <w:iCs w:val="0"/>
                <w:noProof w:val="0"/>
                <w:color w:val="202428"/>
                <w:sz w:val="16"/>
                <w:szCs w:val="16"/>
                <w:lang w:val="nl-NL"/>
              </w:rPr>
              <w:t xml:space="preserve"> vervolgvragen</w:t>
            </w:r>
          </w:p>
        </w:tc>
      </w:tr>
    </w:tbl>
    <w:p xmlns:wp14="http://schemas.microsoft.com/office/word/2010/wordml" w:rsidP="0EF2D338" w14:paraId="3CF2D8B6" wp14:textId="77777777">
      <w:pPr>
        <w:spacing w:after="80"/>
        <w:rPr>
          <w:noProof w:val="0"/>
          <w:lang w:val="nl-NL"/>
        </w:rPr>
      </w:pPr>
    </w:p>
    <w:sectPr>
      <w:headerReference w:type="default" r:id="rId9"/>
      <w:footerReference w:type="default" r:id="rId10"/>
      <w:pgSz w:w="11906" w:h="16838" w:orient="portrait"/>
      <w:pgMar w:top="737" w:right="765" w:bottom="680" w:left="765"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7DD6FDAB" wp14:textId="77777777">
    <w:pPr>
      <w:pStyle w:val="Footer"/>
      <w:jc w:val="center"/>
    </w:pPr>
    <w:r>
      <w:rPr>
        <w:rFonts w:ascii="Arial" w:hAnsi="Arial"/>
        <w:b w:val="0"/>
        <w:i w:val="0"/>
        <w:color w:val="6C7278"/>
        <w:sz w:val="14"/>
      </w:rPr>
      <w:t>Formulier externe melding mogelijk datalek | FG@elazorg.nl | versie 1.1 | 03-10-2026 | digitaal invulbaar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0FB78278" wp14:textId="77777777">
    <w:pPr>
      <w:pStyle w:val="Header"/>
      <w:jc w:val="right"/>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EF2D338"/>
    <w:rsid w:val="27791345"/>
    <w:rsid w:val="6D9260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33A202F8-65A0-402A-9F6B-B083B02E02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Arial" w:hAnsi="Arial" w:eastAsia="Arial"/>
      <w:color w:val="20242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image" Target="media/image1.jpg" Id="rId11" /><Relationship Type="http://schemas.openxmlformats.org/officeDocument/2006/relationships/settings" Target="settings.xml" Id="rId5" /><Relationship Type="http://schemas.openxmlformats.org/officeDocument/2006/relationships/footer" Target="footer1.xml" Id="rId10" /><Relationship Type="http://schemas.microsoft.com/office/2007/relationships/stylesWithEffects" Target="stylesWithEffects.xml" Id="rId4" /><Relationship Type="http://schemas.openxmlformats.org/officeDocument/2006/relationships/header" Target="header1.xml" Id="rId9" /><Relationship Type="http://schemas.openxmlformats.org/officeDocument/2006/relationships/customXml" Target="../customXml/item4.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CC7776CD3FC1E4FAF00E097F620EDF1" ma:contentTypeVersion="24" ma:contentTypeDescription="Een nieuw document maken." ma:contentTypeScope="" ma:versionID="0c4a3e17b052bff2ab4ab3df43590bb1">
  <xsd:schema xmlns:xsd="http://www.w3.org/2001/XMLSchema" xmlns:xs="http://www.w3.org/2001/XMLSchema" xmlns:p="http://schemas.microsoft.com/office/2006/metadata/properties" xmlns:ns1="http://schemas.microsoft.com/sharepoint/v3" xmlns:ns2="e43b6ab8-7017-42ec-a33e-385de9fabb9e" xmlns:ns3="e6899f9b-c9a9-4ddb-adab-71c70ccb73c9" xmlns:ns4="http://schemas.microsoft.com/sharepoint/v3/fields" targetNamespace="http://schemas.microsoft.com/office/2006/metadata/properties" ma:root="true" ma:fieldsID="060fc45fb3c1d4d24f52356862d61146" ns1:_="" ns2:_="" ns3:_="" ns4:_="">
    <xsd:import namespace="http://schemas.microsoft.com/sharepoint/v3"/>
    <xsd:import namespace="e43b6ab8-7017-42ec-a33e-385de9fabb9e"/>
    <xsd:import namespace="e6899f9b-c9a9-4ddb-adab-71c70ccb73c9"/>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4:_DCDateCreated" minOccurs="0"/>
                <xsd:element ref="ns4:_DCDateModified" minOccurs="0"/>
                <xsd:element ref="ns4:_LastPrinted" minOccurs="0"/>
                <xsd:element ref="ns1:PagerNumber" minOccurs="0"/>
                <xsd:element ref="ns2:MediaLengthInSeconds" minOccurs="0"/>
                <xsd:element ref="ns2:MediaServiceObjectDetectorVersions" minOccurs="0"/>
                <xsd:element ref="ns2:MediaServiceSearchProperties" minOccurs="0"/>
                <xsd:element ref="ns2:Takenenrolle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agerNumber" ma:index="26" nillable="true" ma:displayName="Pager" ma:internalName="Pager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3b6ab8-7017-42ec-a33e-385de9fab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description=""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5c560df-585e-4c79-97c4-acabb3527f5a"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Takenenrollen" ma:index="30" nillable="true" ma:displayName="Taken en rollen" ma:format="Hyperlink" ma:internalName="Takenenrolle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899f9b-c9a9-4ddb-adab-71c70ccb73c9"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18d10d84-b732-40c8-a478-b6965a9fb55f}" ma:internalName="TaxCatchAll" ma:showField="CatchAllData" ma:web="e6899f9b-c9a9-4ddb-adab-71c70ccb73c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3" nillable="true" ma:displayName="Gemaakt op" ma:description="De datum waarop deze bron is gemaakt" ma:format="DateTime" ma:internalName="_DCDateCreated">
      <xsd:simpleType>
        <xsd:restriction base="dms:DateTime"/>
      </xsd:simpleType>
    </xsd:element>
    <xsd:element name="_DCDateModified" ma:index="24" nillable="true" ma:displayName="Gewijzigd op" ma:description="De datum waarop deze bron voor het laatst is gewijzigd" ma:format="DateTime" ma:internalName="_DCDateModified">
      <xsd:simpleType>
        <xsd:restriction base="dms:DateTime"/>
      </xsd:simpleType>
    </xsd:element>
    <xsd:element name="_LastPrinted" ma:index="25" nillable="true" ma:displayName="Laatst afgedrukt op" ma:default="[today]" ma:format="DateTime" ma:internalName="_LastPrin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gerNumber xmlns="http://schemas.microsoft.com/sharepoint/v3" xsi:nil="true"/>
    <_DCDateModified xmlns="http://schemas.microsoft.com/sharepoint/v3/fields" xsi:nil="true"/>
    <_LastPrinted xmlns="http://schemas.microsoft.com/sharepoint/v3/fields">2026-10-03T05:31:04+00:00</_LastPrinted>
    <TaxCatchAll xmlns="e6899f9b-c9a9-4ddb-adab-71c70ccb73c9" xsi:nil="true"/>
    <Takenenrollen xmlns="e43b6ab8-7017-42ec-a33e-385de9fabb9e">
      <Url xsi:nil="true"/>
      <Description xsi:nil="true"/>
    </Takenenrollen>
    <lcf76f155ced4ddcb4097134ff3c332f xmlns="e43b6ab8-7017-42ec-a33e-385de9fabb9e">
      <Terms xmlns="http://schemas.microsoft.com/office/infopath/2007/PartnerControls"/>
    </lcf76f155ced4ddcb4097134ff3c332f>
    <_DCDateCreated xmlns="http://schemas.microsoft.com/sharepoint/v3/fields"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DF731A3-62BD-4B7C-99A5-F265945B315E}"/>
</file>

<file path=customXml/itemProps3.xml><?xml version="1.0" encoding="utf-8"?>
<ds:datastoreItem xmlns:ds="http://schemas.openxmlformats.org/officeDocument/2006/customXml" ds:itemID="{642C4DAD-E8BA-4541-B86F-9BC54E3A1484}"/>
</file>

<file path=customXml/itemProps4.xml><?xml version="1.0" encoding="utf-8"?>
<ds:datastoreItem xmlns:ds="http://schemas.openxmlformats.org/officeDocument/2006/customXml" ds:itemID="{FA7BDA01-0519-4391-92E2-C3C41EC4CE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generated by python-docx</dc:description>
  <lastModifiedBy>Eric Isrif | Elazorg</lastModifiedBy>
  <revision>2</revision>
  <dcterms:created xsi:type="dcterms:W3CDTF">2013-12-23T23:15:00.0000000Z</dcterms:created>
  <dcterms:modified xsi:type="dcterms:W3CDTF">2026-10-03T05:35:47.0239043Z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0x0101000CC7776CD3FC1E4FAF00E097F620EDF1</vt:lpwstr>
  </property>
</Properties>
</file>